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mc="http://schemas.openxmlformats.org/markup-compatibility/2006" xmlns:ns6="http://schemas.microsoft.com/office/word/2010/wordprocessingDrawing" xmlns:pic="http://schemas.openxmlformats.org/drawingml/2006/picture" xmlns:r="http://schemas.openxmlformats.org/officeDocument/2006/relationships" xmlns:w="http://schemas.openxmlformats.org/wordprocessingml/2006/main" xmlns:wp="http://schemas.openxmlformats.org/drawingml/2006/wordprocessingDrawing" mc:Ignorable="w14 w15 w16se w16cid w16 w16cex w16sdtdh wp14">
  <w:body>
    <w:p>
      <w:pPr>
        <w:pStyle w:val="1"/>
      </w:pPr>
      <w:r>
        <w:t>Часть 1</w:t>
      </w:r>
    </w:p>
    <w:p w:rsidR="005E2F49" w:rsidRPr="005E2F49" w:rsidRDefault="005E2F49" w:rsidP="005E2F49">
      <w:pPr>
        <w:pStyle w:val="21"/>
        <w:rPr>
          <w:lang w:val="ru-RU"/>
        </w:rPr>
      </w:pPr>
      <w:r w:rsidRPr="005E2F49">
        <w:rPr>
          <w:lang w:val="ru-RU"/>
        </w:rPr>
        <w:t>Глава 1. Который видит Свет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Никто точно не знал, откуда появился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просто однажды был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всегда был.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Родился, как все, в роддоме на краю города,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бабушка, сидящая на лавке, потом говорила: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у него глаза были такие… будто он меня знает.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— раньше.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Default="005E2F49" w:rsidP="002A26E2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10940" cy="3710940"/>
            <wp:effectExtent l="0" t="0" r="0" b="0"/>
            <wp:docPr id="1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" name="Рисунок 8435681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1094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26E2" w:rsidRDefault="002A26E2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Сергей был обычным.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Ну, почти.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не кричал.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не плакал.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смотрел.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стену. На люстру. На кота. На дождь.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будто слушал.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Мама думала — он просто мечтатель.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папа говорил: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Будет физиком. Глядит, как будто атомы считает.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Сергей не считал.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помнил.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помнил, как Свет играет в тишине.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знал, что у воды есть настроение,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деревья разговаривают, только очень медленно,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кот Мурка не просто мурчит, а поёт древнюю песню.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знал, что взрослые не слышат этого,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 у них выключатель внутри.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называют это "взрослением",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на самом деле — забыванием.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не забыл.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смог. Не захотел.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как-то… остался включённым.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Однажды во дворе он увидел,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как девочка, </w:t>
      </w:r>
      <w:r w:rsidR="00FF6419">
        <w:rPr>
          <w:rFonts w:ascii="Times New Roman" w:hAnsi="Times New Roman" w:cs="Times New Roman"/>
          <w:sz w:val="24"/>
          <w:szCs w:val="24"/>
          <w:lang w:val="ru-RU"/>
        </w:rPr>
        <w:t>млад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ше его, </w:t>
      </w:r>
      <w:r w:rsidR="00885647">
        <w:rPr>
          <w:rFonts w:ascii="Times New Roman" w:hAnsi="Times New Roman" w:cs="Times New Roman"/>
          <w:sz w:val="24"/>
          <w:szCs w:val="24"/>
          <w:lang w:val="ru-RU"/>
        </w:rPr>
        <w:t>года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 на два,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глядит на дерево.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не просто смотрела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она вслушивалась.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Тоже видишь? — спросил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Девочка вздрогнула.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про что?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Ну, как оно дышит.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Кто?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Дерево.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посмотрела на него как на дурачка.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потом вдруг шёпотом сказала: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думала, это только мне кажется…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Так он познакомился с Анфисой.</w:t>
      </w:r>
    </w:p>
    <w:p w:rsidR="002A26E2" w:rsidRPr="005E2F49" w:rsidRDefault="002A26E2" w:rsidP="002A26E2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169920" cy="3169920"/>
            <wp:effectExtent l="0" t="0" r="5080" b="5080"/>
            <wp:docPr id="2" name="Рисунок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Рисунок 2132030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Через неделю он встретил Ваню.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Тот пытался объяснить голубю,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он не против, если тот сядет на плечо.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Он всё равно тебя слышит, — сказал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Думаешь?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У них очень тонкие уши.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Ага, невидимые, как у дедушки. Он всегда говорит: "Я слышу сердцем."</w:t>
      </w:r>
    </w:p>
    <w:p w:rsidR="00FE6B9B" w:rsidRPr="005E2F49" w:rsidRDefault="00FE6B9B" w:rsidP="00FE6B9B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596640" cy="3596640"/>
            <wp:effectExtent l="0" t="0" r="0" b="0"/>
            <wp:docPr id="3" name="Рисунок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Рисунок 66030017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Ваня стал третьим.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Так появился Клуб Маленького Царя.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Только никто не знал, что это клуб.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никто не знал, кто тут царь.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Кроме одного.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Света.</w:t>
      </w:r>
    </w:p>
    <w:p w:rsidR="00363C9C" w:rsidRDefault="00363C9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FE6B9B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2. Кто такие настоящие цари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не говорил, что он — Царь.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было бы… глупо.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Да и кому интересно?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Ведь царей сейчас никто не боится.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Их показывают в мультиках,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где у них короны, длинные мантии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толстые смешные усы.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у Сергея не было ни мантии, ни короны.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Были только глаза, в которых можно было утонуть.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ещё — молчание, которое казалось важнее всех слов.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Однажды Анфиса спросила: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чего такой странный?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смысле?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 ты не споришь. Не обижаешься. Не жалуешься.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Ты вообще человек?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подумал.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Царь.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нахмурилась.</w:t>
      </w:r>
    </w:p>
    <w:p w:rsidR="00363C9C" w:rsidRDefault="00363C9C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363C9C" w:rsidRPr="005E2F49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Прямо вот так? Серьёзно?</w:t>
      </w:r>
    </w:p>
    <w:p w:rsidR="00363C9C" w:rsidRPr="005E2F49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 да. Только не как в сказках.</w:t>
      </w:r>
    </w:p>
    <w:p w:rsidR="00363C9C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как?</w:t>
      </w:r>
    </w:p>
    <w:p w:rsidR="00363C9C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363C9C" w:rsidRPr="005E2F49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улыбнулся.</w:t>
      </w:r>
    </w:p>
    <w:p w:rsidR="00363C9C" w:rsidRPr="005E2F49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— Царь — это не кто главный. Царь — это кто видит, </w:t>
      </w:r>
      <w:r w:rsidRPr="00885647">
        <w:rPr>
          <w:rFonts w:ascii="Times New Roman" w:hAnsi="Times New Roman" w:cs="Times New Roman"/>
          <w:b/>
          <w:bCs/>
          <w:sz w:val="24"/>
          <w:szCs w:val="24"/>
          <w:lang w:val="ru-RU"/>
        </w:rPr>
        <w:t>что главное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63C9C" w:rsidRPr="005E2F49" w:rsidRDefault="00363C9C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363C9C" w:rsidRPr="005E2F49" w:rsidRDefault="00363C9C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C216F3" w:rsidP="00363C9C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4" name="Рисунок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Рисунок 2392414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ничего не поняла.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Ваня, который сидел рядом и ковырял палочкой землю,</w:t>
      </w:r>
      <w:r w:rsidR="00C216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>вдруг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Ага. Как мама. Она всегда знает, когда я что-то спрятал.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Вот-вот. Только Царь видит не только, что ты спрятал,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почему ты это сделал.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И не наказывает. Он понимает.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села на качели и замолчала.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думала.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То есть ты хочешь сказать…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каждый может быть царём?</w:t>
      </w:r>
    </w:p>
    <w:p w:rsidR="005E2F49" w:rsidRPr="005E2F49" w:rsidRDefault="00C216F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 ns6:anchorId="41D73B67">
            <wp:simplePos x="0" y="0"/>
            <wp:positionH relativeFrom="column">
              <wp:posOffset>48260</wp:posOffset>
            </wp:positionH>
            <wp:positionV relativeFrom="paragraph">
              <wp:posOffset>273685</wp:posOffset>
            </wp:positionV>
            <wp:extent cx="3474000" cy="3474000"/>
            <wp:effectExtent l="0" t="0" r="6350" b="6350"/>
            <wp:wrapSquare wrapText="bothSides"/>
            <wp:docPr id="5" name="Рисунок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" name="Рисунок 37966328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74000" cy="3474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</w:p>
    <w:p w:rsidR="00363C9C" w:rsidRDefault="00363C9C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пожал плечами.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Если не боится видеть по-настоящему.</w:t>
      </w:r>
    </w:p>
    <w:p w:rsidR="005E2F49" w:rsidRPr="005E2F49" w:rsidRDefault="005E2F49" w:rsidP="00C216F3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ты научишь нас? — вдруг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Сергей не ответил. Он просто подошёл,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положил руку Ване на плечо и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Уже начал.</w:t>
      </w:r>
    </w:p>
    <w:p w:rsidR="00C216F3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этот день они пошли к реке.</w:t>
      </w: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не купаться.</w:t>
      </w: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слушать, как течёт Время.</w:t>
      </w: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Оно звучало, как шуршание воды по камешкам.</w:t>
      </w: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 этом звуке была музыка без слов,</w:t>
      </w:r>
    </w:p>
    <w:p w:rsidR="00C216F3" w:rsidRPr="005E2F49" w:rsidRDefault="00C216F3" w:rsidP="00C216F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которую взрослые называли "тишина".</w:t>
      </w:r>
    </w:p>
    <w:p w:rsidR="00C216F3" w:rsidRPr="005E2F49" w:rsidRDefault="00C216F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363C9C" w:rsidRDefault="00363C9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173B60" w:rsidRDefault="005E2F49" w:rsidP="00173B60">
      <w:pPr>
        <w:pStyle w:val="21"/>
      </w:pPr>
      <w:r w:rsidRPr="00FD36E6">
        <w:rPr>
          <w:lang w:val="ru-RU"/>
        </w:rPr>
        <w:lastRenderedPageBreak/>
        <w:t xml:space="preserve">Глава 3. </w:t>
      </w:r>
      <w:proofErr w:type="spellStart"/>
      <w:r w:rsidRPr="00173B60">
        <w:t>Как</w:t>
      </w:r>
      <w:proofErr w:type="spellEnd"/>
      <w:r w:rsidRPr="00173B60">
        <w:t xml:space="preserve"> </w:t>
      </w:r>
      <w:proofErr w:type="spellStart"/>
      <w:r w:rsidRPr="00173B60">
        <w:t>разговаривать</w:t>
      </w:r>
      <w:proofErr w:type="spellEnd"/>
      <w:r w:rsidRPr="00173B60">
        <w:t xml:space="preserve"> с </w:t>
      </w:r>
      <w:proofErr w:type="spellStart"/>
      <w:r w:rsidRPr="00173B60">
        <w:t>деревом</w:t>
      </w:r>
      <w:proofErr w:type="spellEnd"/>
      <w:r w:rsidR="00173B60" w:rsidRPr="00173B60">
        <w:t xml:space="preserve"> </w:t>
      </w:r>
      <w:r w:rsidRPr="00173B60">
        <w:t>(</w:t>
      </w:r>
      <w:proofErr w:type="spellStart"/>
      <w:r w:rsidRPr="00173B60">
        <w:t>или</w:t>
      </w:r>
      <w:proofErr w:type="spellEnd"/>
      <w:r w:rsidRPr="00173B60">
        <w:t xml:space="preserve"> </w:t>
      </w:r>
      <w:proofErr w:type="spellStart"/>
      <w:r w:rsidRPr="00173B60">
        <w:t>первая</w:t>
      </w:r>
      <w:proofErr w:type="spellEnd"/>
      <w:r w:rsidRPr="00173B60">
        <w:t xml:space="preserve"> </w:t>
      </w:r>
      <w:proofErr w:type="spellStart"/>
      <w:r w:rsidRPr="00173B60">
        <w:t>тайная</w:t>
      </w:r>
      <w:proofErr w:type="spellEnd"/>
      <w:r w:rsidRPr="00173B60">
        <w:t xml:space="preserve"> </w:t>
      </w:r>
      <w:proofErr w:type="spellStart"/>
      <w:r w:rsidRPr="00173B60">
        <w:t>игра</w:t>
      </w:r>
      <w:proofErr w:type="spellEnd"/>
      <w:r w:rsidRPr="00173B60">
        <w:t xml:space="preserve"> </w:t>
      </w:r>
      <w:proofErr w:type="spellStart"/>
      <w:r w:rsidRPr="00173B60">
        <w:t>Маленького</w:t>
      </w:r>
      <w:proofErr w:type="spellEnd"/>
      <w:r w:rsidRPr="00173B60">
        <w:t xml:space="preserve"> </w:t>
      </w:r>
      <w:proofErr w:type="spellStart"/>
      <w:r w:rsidRPr="00173B60">
        <w:t>Царя</w:t>
      </w:r>
      <w:proofErr w:type="spellEnd"/>
      <w:r w:rsidRPr="00173B60">
        <w:t>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следующий день Ваня прибежал первым.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всегда приходил первым — потому что боялся, что игра начнётся без него.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не знал, какая игра. Но чувствовал: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сегодня будет что-то важное.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пришла позже, с рюкзаком и записной книжкой.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решила всё записывать.</w:t>
      </w:r>
      <w:r w:rsidR="00363C9C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2336" behindDoc="0" locked="0" layoutInCell="1" allowOverlap="1" ns6:anchorId="279AAD79" ns6:editId="73FDCAC1">
            <wp:simplePos x="0" y="0"/>
            <wp:positionH relativeFrom="column">
              <wp:posOffset>0</wp:posOffset>
            </wp:positionH>
            <wp:positionV relativeFrom="paragraph">
              <wp:posOffset>2247265</wp:posOffset>
            </wp:positionV>
            <wp:extent cx="3779520" cy="3779520"/>
            <wp:effectExtent l="0" t="0" r="5080" b="5080"/>
            <wp:wrapSquare wrapText="bothSides"/>
            <wp:docPr id="6" name="Рисунок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Рисунок 66984677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Зачем? — удивился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Ну вдруг это потом станет книгой.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Какая книга?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вот увидишь!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уже ждал их.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стоял под старой берёзой у школы.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он не стоял — он слушал.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чего? —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Тихо, — шепнул Сергей. — Она говорит.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Кто?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Берёза.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хмыкнула.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 ума сошёл?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не обиделся.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просто протянул руку и прикоснулся к коре.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Хотите попробовать?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как?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повернулся и улыбнулся так,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у него был секрет, которым он очень хотел поделиться.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Нужно только одно.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Нужно стать тише, чем она.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сделала серьёзное лицо.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закрыл рот ладонью.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Теперь — подойди.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Ладонью — к дереву.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Закрой глаза.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не слушай ушами.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Слушай — внутри.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встали.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Молча.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Прикоснулись.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вдруг…</w:t>
      </w:r>
    </w:p>
    <w:p w:rsidR="005E2F49" w:rsidRPr="005E2F49" w:rsidRDefault="003C4D7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59229</wp:posOffset>
            </wp:positionH>
            <wp:positionV relativeFrom="paragraph">
              <wp:posOffset>319629</wp:posOffset>
            </wp:positionV>
            <wp:extent cx="3780000" cy="3780000"/>
            <wp:effectExtent l="0" t="0" r="5080" b="5080"/>
            <wp:wrapSquare wrapText="bothSides"/>
            <wp:docPr id="7" name="Рисунок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" name="Рисунок 84274429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что-то произошло.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услышала… песню.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не знала, как.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была не музыка.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была… теплота, которая шла из ствола,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дерево говорило: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"Я помню тебя. Я помню, как ты была ещё ростком. Вспомни и ты."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Ваня вдруг заплакал.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не понял, почему.</w:t>
      </w:r>
    </w:p>
    <w:p w:rsidR="003C4D73" w:rsidRPr="005E2F49" w:rsidRDefault="003C4D73" w:rsidP="003C4D7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слёзы были хорошие.</w:t>
      </w:r>
    </w:p>
    <w:p w:rsidR="003C4D73" w:rsidRPr="005E2F49" w:rsidRDefault="003C4D7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Я… я увидел себя маленьким, — прошептал он. — Совсем маленьким. Ещё до… всего.</w:t>
      </w:r>
    </w:p>
    <w:p w:rsidR="005E2F49" w:rsidRPr="005E2F49" w:rsidRDefault="005E2F49" w:rsidP="00363C9C">
      <w:pPr>
        <w:pStyle w:val="a9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молчала.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смотрела на Сергея.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был такой спокойный,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знал,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всё именно так и будет.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первая настоящая игра.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называлась: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«Слушай того, кто не говорит».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играли с деревьями, с камнями, с лужами.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иногда… они действительно слышали.</w:t>
      </w:r>
    </w:p>
    <w:p w:rsidR="00363C9C" w:rsidRDefault="00363C9C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4. Кот, который исчезает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(но всегда возвращается с чем-то важным)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случилось вечером.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Всё было как обычно: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мама варила суп,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папа листал газету,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Сергей сидел у окна и смотрел,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вечерний свет играет на стекле.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3B6AFB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346075</wp:posOffset>
            </wp:positionV>
            <wp:extent cx="3780000" cy="3780000"/>
            <wp:effectExtent l="0" t="0" r="5080" b="5080"/>
            <wp:wrapSquare wrapText="bothSides"/>
            <wp:docPr id="8" name="Рисунок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Рисунок 97944887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Он не ждал ничего.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Он просто был.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подоконнике появился кот.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прыгнул. Не подошёл.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просто… был.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знал этого кота.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появлялся только тогда,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должно было начаться важное.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7304E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-73834</wp:posOffset>
            </wp:positionH>
            <wp:positionV relativeFrom="paragraph">
              <wp:posOffset>319503</wp:posOffset>
            </wp:positionV>
            <wp:extent cx="3780000" cy="3780000"/>
            <wp:effectExtent l="0" t="0" r="5080" b="5080"/>
            <wp:wrapSquare wrapText="bothSides"/>
            <wp:docPr id="9" name="Рисунок 1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9" name="Рисунок 144762652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Кота звали Синька.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Не потому что</w:t>
      </w:r>
      <w:proofErr w:type="gramEnd"/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 он синий,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потому что в его глазах была глубина, как в небе.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опять? — тихо сказал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Кот не ответил. Он молчал, как знает только Тот, Кто помнит Всё.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7D682F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Синька подошёл, потерся об руку</w:t>
      </w:r>
      <w:r w:rsidR="007D68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 исчез.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— нет.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выскочил, не ушёл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как будто его и не было.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улыбнулся.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знак.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следующий день он сказал Анфисе и Ване: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Сегодня будет задание от Синьки.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Кота? — переспросил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Да. Но он не обычный. Он приходит, когда пора что-то понять.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что мы должны делать? — спросила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подумал. Или сделал вид, что подумал.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Сегодня игра называется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«Найди то, чего нет».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Но как? — удивился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А вот так.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вынул из кармана листок бумаги.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нём было нарисовано… ничего.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белый лист.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Вот.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Здесь — самое главное.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Попробуйте посмотреть не на бумагу,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внутрь себя, пока на неё смотрите.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потом скажите — что вы увидели.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взяли лист.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Смотрели.</w:t>
      </w:r>
      <w:r w:rsidR="00262E53" w:rsidRPr="00262E53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  <w:r w:rsidR="00262E53"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 ns6:anchorId="21FDDD78" ns6:editId="2326100C">
            <wp:extent cx="3436100" cy="3436100"/>
            <wp:effectExtent l="0" t="0" r="5715" b="5715"/>
            <wp:docPr id="10" name="Рисунок 1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Рисунок 1121292741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39715" cy="343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Молчали.</w:t>
      </w:r>
      <w:r w:rsidR="00262E53" w:rsidRPr="00262E53"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вдруг сказала: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вспомнила, как была маленькой и рисовала облако.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оно было не на бумаге — а в небе.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Ваня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я увидел, как я сплю. Но знаю, что сплю.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как будто я был и здесь, и где-то ещё.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Вот. Это и есть то, чего нет.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оно есть. Просто не для глаз. А для сердца.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этот момент кот Синька прошёл мимо.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шее у него болталась нитка с ключом.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подмигнул.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снова исчез.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вторая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«Найди то, чего нет — и принеси его с собой».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знаете что?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начали находить.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B85F9F" w:rsidRDefault="00B85F9F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5. Волшебный звонок, который никто не слышал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(но все почему-то начинали вести себя лучше)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началось в школе.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Там, где должно быть скучно.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Там, где все сидят ровно,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никто не думает о Свете.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уж точно — о Царстве.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Сергей знал: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Творец бывает и в школе.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Особенно в школе.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 именно там все забывают,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играют.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втором уроке у Анфисы упала ручка.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наклонилась — и услышала звон.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Негромкий. Тихий.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Такой, будто кто-то нажал на колокольчик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где-то внутри её головы.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подняла ручку,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взглянула на Сергея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он уже смотрел на неё.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знал.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тоже? — прошептала она.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Звонок Царства.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А что он означает?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улыбнулся.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Что кто-то вспомнил себя.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Мир отозвался.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После урока они сидели за школой.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Там, где клумбы, и никто не мешает.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когда услышал свой первый звонок? — спросил Ваня.</w:t>
      </w:r>
    </w:p>
    <w:p w:rsidR="005E2F49" w:rsidRPr="005E2F49" w:rsidRDefault="00097885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2247265</wp:posOffset>
            </wp:positionV>
            <wp:extent cx="3779520" cy="3779520"/>
            <wp:effectExtent l="0" t="0" r="5080" b="5080"/>
            <wp:wrapSquare wrapText="bothSides"/>
            <wp:docPr id="11" name="Рисунок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1" name="Рисунок 1921138927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377952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— В детском саду.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Я стоял у окна и вдруг понял,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бабочка на стекле смотрит на меня, как человек.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 этот момент прозвенел звон.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Внутри.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что было потом?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потом воспитательница подошла,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вдруг…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обняла меня. Просто так.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Хотя раньше никогда не обнимала.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задумалась.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у меня… было похоже.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я увидела, как мальчик один сидит в углу,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я пошла к нему. Просто так.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 этот момент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зазвонило.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не снаружи — внутри груди.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Значит, ты вспомнила.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Каждый раз, когда мы становимся собой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Свет звонит.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третья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«Услышь звон, которого никто не слышал».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знаете, что странно?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они слышали этот звон,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вокруг начинали происходить маленькие добрые вещи: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кто-то помог поднять портфель,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кто-то поделился бутербродом,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кто-то вдруг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"Ты знаешь, ты мне нравишься."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никто не знал почему.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Свет знал.</w:t>
      </w:r>
    </w:p>
    <w:p w:rsidR="00262E53" w:rsidRDefault="00262E5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6. Как стать невидимым (</w:t>
      </w:r>
      <w:proofErr w:type="gramStart"/>
      <w:r w:rsidRPr="005E2F49">
        <w:rPr>
          <w:lang w:val="ru-RU"/>
        </w:rPr>
        <w:t>но</w:t>
      </w:r>
      <w:proofErr w:type="gramEnd"/>
      <w:r w:rsidRPr="005E2F49">
        <w:rPr>
          <w:lang w:val="ru-RU"/>
        </w:rPr>
        <w:t xml:space="preserve"> чтобы тебя всё равно любили)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(секрет Сергея, который работает почти всегда)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Однажды Сергей исчез.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совсем, конечно.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сидел в классе, отвечал у доски, даже ел бутерброд на перемене.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его как будто не было.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заметила первая.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что, прячешься?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Нет. Я просто стал тише, чем обычно.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Почему?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Хочу проверить, что будет, если исчезнуть, но остаться.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округлил глаза: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как?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вздохнул.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Представьте, что вы — не тело. А тишина.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Тишина, которая смотрит, чувствует, любит,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ничего не хочет для себя.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тогда ты исчезаешь? —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Для ума — да.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для Сердца — наоборот.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Тебя начинают чувствовать сильнее.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 ты перестаёшь мешать Себе сиять.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долго молчала.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Потом сказала: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давайте попробуем?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пошли в парк.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Сели на лавочку.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Закрыли глаза.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Сейчас забудь, как тебя зовут.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Забудь, кто ты.</w:t>
      </w:r>
    </w:p>
    <w:p w:rsidR="005E2F49" w:rsidRPr="005E2F49" w:rsidRDefault="004924F4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319405</wp:posOffset>
            </wp:positionV>
            <wp:extent cx="3780000" cy="3780000"/>
            <wp:effectExtent l="0" t="0" r="5080" b="5080"/>
            <wp:wrapSquare wrapText="bothSides"/>
            <wp:docPr id="12" name="Рисунок 1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Рисунок 44601118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Просто будь.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Без слов. Без мыслей.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Будь Тишиной.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не пустой — Светлой.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они сидели.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сидели.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думая. Не стараясь.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Исчезая.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Прошло десять минут.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Мимо прошли двое.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Один из них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Смотри, какие красивые дети. Прямо как ангелы.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Другой улыбнулся: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я их сначала и не заметил.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открыла глаза.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Получилось.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Я чувствовала, что я есть,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меня никто не видел, кроме тех, кто сам смотрел из сердца.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мне было так хорошо,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я даже не хотел снова становиться собой.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улыбнулся.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и есть — быть настоящим.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Невидимым, но любимым.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Тихим, но живым.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четвёртая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«Исчезни, чтобы Свет стал виднее».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Играли в неё по-разному: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автобусе,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на уроке,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за обедом.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всегда что-то происходило: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кто-то начинал говорить мягче,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кто-то вдруг благодарил,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кто-то смотрел — и не мог отвести глаз.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дети всё думали, что это — просто совпадение.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Кроме Сергея.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знал: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если исчезает “я”,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появляется </w:t>
      </w:r>
      <w:r w:rsidRPr="00F0752A"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Творец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4924F4" w:rsidRDefault="004924F4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7. Как разговаривать с Пространством</w:t>
      </w:r>
      <w:r w:rsidR="00F0752A">
        <w:rPr>
          <w:lang w:val="ru-RU"/>
        </w:rPr>
        <w:t xml:space="preserve">   </w:t>
      </w:r>
      <w:proofErr w:type="gramStart"/>
      <w:r w:rsidR="00F0752A">
        <w:rPr>
          <w:lang w:val="ru-RU"/>
        </w:rPr>
        <w:t xml:space="preserve">  </w:t>
      </w:r>
      <w:r w:rsidRPr="005E2F49">
        <w:rPr>
          <w:lang w:val="ru-RU"/>
        </w:rPr>
        <w:t xml:space="preserve"> (</w:t>
      </w:r>
      <w:proofErr w:type="gramEnd"/>
      <w:r w:rsidRPr="005E2F49">
        <w:rPr>
          <w:lang w:val="ru-RU"/>
        </w:rPr>
        <w:t>и получать ответы)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(одна игра, которую лучше не играть наполовину)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улице было пасмурно.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Ветер гонял пыль по асфальту,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даже голуби прятались под машинами.</w:t>
      </w:r>
    </w:p>
    <w:p w:rsidR="005E2F49" w:rsidRPr="005E2F49" w:rsidRDefault="00CA15CA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0528" behindDoc="0" locked="0" layoutInCell="1" allowOverlap="1" ns6:anchorId="1521201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780000" cy="3780000"/>
            <wp:effectExtent l="0" t="0" r="5080" b="5080"/>
            <wp:wrapSquare wrapText="bothSides"/>
            <wp:docPr id="13" name="Рисунок 2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3" name="Рисунок 11512313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детям было не до погоды.</w:t>
      </w:r>
    </w:p>
    <w:p w:rsidR="00CA15CA" w:rsidRDefault="00CA15CA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CA15CA" w:rsidRDefault="00CA15CA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Анфиса пришла первой.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руках у неё был список.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записала вопросы.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К кому? —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Ну… я не знаю. Просто вопросы.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взглянул.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"Почему я иногда грустная?"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"Почему мама ругается, даже когда я не виновата?"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"Куда девается чувство, когда оно исчезает?"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"Где я буду, когда вырасту?"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Хорошие. Они настоящие.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чуть покраснела.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кто будет отвечать? —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Пространство, — ответил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как?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огляделся.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Видишь небо?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Угу.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дерево?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Угу.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вот эта скамейка?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Всё это — не просто вещи. Это — Тело Мира.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если спросить правильно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Мир отвечает.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как правильно? — не унимался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Сергей закрыл глаза.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Смотри: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Сначала ты задаёшь вопрос — внутри, без звука.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 смотришь на первое, что появится: птица, звук, слово, мысль, прохожий.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не умом, а сердцем — как будто всё вокруг шепчет тебе ответ.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всё?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доверяешь.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</w:t>
      </w:r>
      <w:r w:rsidR="00D3343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 когда доверяешь — слышишь.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когда хочешь доказательств — слышишь только себя.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решили попробовать.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задала про маму.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Посмотрела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увидела, как мимо прошла женщина и взяла девочку за руку.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 девочка сначала вырывалась,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вдруг сама прижалась к маме.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 этом было что-то…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ответило.</w:t>
      </w:r>
    </w:p>
    <w:p w:rsidR="00445DC3" w:rsidRDefault="00445DC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445DC3" w:rsidRPr="005E2F49" w:rsidRDefault="00445DC3" w:rsidP="00445DC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тихо сказала:</w:t>
      </w:r>
    </w:p>
    <w:p w:rsidR="00445DC3" w:rsidRPr="005E2F49" w:rsidRDefault="00445DC3" w:rsidP="00445DC3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поняла. Мама просто тоже хочет быть понятой.</w:t>
      </w:r>
    </w:p>
    <w:p w:rsidR="00445DC3" w:rsidRPr="005E2F49" w:rsidRDefault="00445DC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7D39BB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14" name="Рисунок 1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Рисунок 67234149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спросил: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Почему я иногда не знаю, что чувствую?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 этот момент — налетел порыв ветра,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из его рюкзака выпала записка.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поднял её и прочитал: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"Иногда ветер просто ветер. А иногда — приглашение играть."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 да. Не всегда надо понимать. Иногда просто надо быть.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ничего не спрашивал.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слушал, как Пространство слушает.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появилась новая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«Спроси Мир — и слушай, чем Он тебе ответит».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всегда сразу.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всегда понятно.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всегда — по-настоящему.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7D39BB" w:rsidRDefault="007D39BB" w:rsidP="00070090">
      <w:pPr>
        <w:rPr>
          <w:lang w:val="ru-RU"/>
        </w:rPr>
      </w:pPr>
    </w:p>
    <w:p w:rsidR="007D39BB" w:rsidRDefault="007D39B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8. Камень, который любит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(и как найти того, кто не может обнять, но всё равно тебя ждёт)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однажды нашёл камень.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был не гладкий, не красивый,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какой-то… обычный.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когда Ваня поднял его,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почувствовал тёплое "</w:t>
      </w:r>
      <w:proofErr w:type="spellStart"/>
      <w:r w:rsidRPr="005E2F49">
        <w:rPr>
          <w:rFonts w:ascii="Times New Roman" w:hAnsi="Times New Roman" w:cs="Times New Roman"/>
          <w:sz w:val="24"/>
          <w:szCs w:val="24"/>
          <w:lang w:val="ru-RU"/>
        </w:rPr>
        <w:t>ммм</w:t>
      </w:r>
      <w:proofErr w:type="spellEnd"/>
      <w:r w:rsidRPr="005E2F49">
        <w:rPr>
          <w:rFonts w:ascii="Times New Roman" w:hAnsi="Times New Roman" w:cs="Times New Roman"/>
          <w:sz w:val="24"/>
          <w:szCs w:val="24"/>
          <w:lang w:val="ru-RU"/>
        </w:rPr>
        <w:t>…" внутри себя.</w:t>
      </w:r>
    </w:p>
    <w:p w:rsidR="005E2F49" w:rsidRPr="005E2F49" w:rsidRDefault="00EF39D8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271780</wp:posOffset>
            </wp:positionV>
            <wp:extent cx="3780000" cy="3780000"/>
            <wp:effectExtent l="0" t="0" r="5080" b="5080"/>
            <wp:wrapSquare wrapText="bothSides"/>
            <wp:docPr id="15" name="Рисунок 1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5" name="Рисунок 102901151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Как будто кто-то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"Спасибо, что заметил."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положил его в карман.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весь день чувствовал,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что с ним кто-то идёт.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что, с камнем дружишь? — спросила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Ага. Он хороший.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Он же… ну, просто камень.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Неправда. Он ждал.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посмотрел на них.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правда.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Иногда предметы ждут, когда их узнают.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 в них — чьи-то слёзы,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чьи-то мечты,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или просто — их Душа.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вздохнула.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 что теперь? Мы будем разговаривать с каждым кирпичом?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не ответил.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подошёл к камню у дороги.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Присел.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Погладил его.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Привет. Я тебя вижу.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почувствовала, как в груди стало мягко.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почему-то — захотелось заплакать.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Немножко. По-хорошему.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4352AD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16" name="Рисунок 2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Рисунок 32098094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новая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«Найди того, кто не может обнять, но всё равно тебя любит».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были не люди.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были камни, палки, лужи, сломанные игрушки,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старые коробки, забытые лестницы.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каждый раз,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они подходили по-настоящему,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чувствовали Ответ.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Свет никогда не говорил: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"Я здесь."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просто сиял, когда его замечали.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каждый найденный камень,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котором никто ничего не видел,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становился алтарём встречи.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EF39D8" w:rsidRDefault="00EF39D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9. Где живёт настоящее желание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(и почему не всё, что хочешь, тебе на самом деле нужно)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однажды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хочу велосипед.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я — котёнка, — сказала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я хочу… чтобы дождь был синим, — сказал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уже два желания, — заметила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 и что? Разве Творцу жалко?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молчал.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ты чего хочешь? — спросила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Ничего, — ответил он.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Не может быть.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хочу хотеть правильно.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как?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вздохнул.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Иногда ты думаешь, что хочешь одно.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внутри — совсем другое.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Только оно тихое, его не слышно.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именно оно настоящее.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как узнать?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подошёл к песочнице.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Сел на корточки.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начал медленно, очень медленно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рисовать пальцем круги в песке.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Смотри.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ты рисуешь быстро — получается грязно.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медленно — появляется форма.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Так и с желанием.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Если ты замолчишь,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если ты ничего не будешь хотеть специально,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то настоящее выйдет само.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круг из песка.</w:t>
      </w:r>
    </w:p>
    <w:p w:rsidR="005E2F49" w:rsidRPr="005E2F49" w:rsidRDefault="00B25F76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17" name="Рисунок 1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7" name="Рисунок 104879473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попробовали.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сидели.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Молча.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Каждый — сам с собой.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Без просьб. Без фантазий. Без "хочу".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Прошло несколько минут.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вдруг…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прошептала: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хочу, чтобы мама обнимала меня по вечерам.</w:t>
      </w:r>
    </w:p>
    <w:p w:rsidR="00C6231C" w:rsidRDefault="00C6231C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18" name="Рисунок 2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Рисунок 109791148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я, — сказал Ваня, — хочу, чтобы папа хоть раз со мной поиграл,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так. Без повода.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Они замолчали.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 переглянулись.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Сергей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Вот.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и есть то, что было спрятано.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теперь вы услышали его.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теперь оно уже не одно.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Теперь оно дышит.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оно обязательно дойдёт.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До кого? — прошептала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До Того, Кто всегда слышит.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Только Он не слышит крик. Он слышит Чистое.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появилась новая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«Почисти желание — и посмотри, что останется».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Играть в неё можно было: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на подоконнике,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под одеялом,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транспорте,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одиночестве.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Главное было — не хотеть слишком сильно.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просто остановиться.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тогда — желание приходило само.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гость, а не как требование.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это было уже не "хочу",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"я есть, и потому оно приходит".</w:t>
      </w:r>
    </w:p>
    <w:p w:rsidR="00EF39D8" w:rsidRDefault="00EF39D8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070090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10. Когда всё становится Светом</w:t>
      </w:r>
      <w:r w:rsidR="00070090">
        <w:rPr>
          <w:lang w:val="ru-RU"/>
        </w:rPr>
        <w:t xml:space="preserve"> </w:t>
      </w:r>
      <w:r w:rsidRPr="005E2F49">
        <w:rPr>
          <w:lang w:val="ru-RU"/>
        </w:rPr>
        <w:t>(и никто не знает, почему стало так хорошо)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был обычный день.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Никто ничего не ожидал.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На небе были тучи,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у Вани потерялась варежка,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у Анфисы болела голова,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у Сергея…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было молчание внутри.</w:t>
      </w:r>
    </w:p>
    <w:p w:rsidR="00A71028" w:rsidRDefault="00A71028" w:rsidP="00A7102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A71028" w:rsidRPr="005E2F49" w:rsidRDefault="00A71028" w:rsidP="00A7102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шли по тропинке за школой.</w:t>
      </w:r>
    </w:p>
    <w:p w:rsidR="00A71028" w:rsidRPr="005E2F49" w:rsidRDefault="00A71028" w:rsidP="00A7102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-107102</wp:posOffset>
            </wp:positionH>
            <wp:positionV relativeFrom="paragraph">
              <wp:posOffset>199292</wp:posOffset>
            </wp:positionV>
            <wp:extent cx="3580130" cy="3580130"/>
            <wp:effectExtent l="0" t="0" r="1270" b="1270"/>
            <wp:wrapSquare wrapText="bothSides"/>
            <wp:docPr id="19" name="Рисунок 2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9" name="Рисунок 112683630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Pr="005E2F49">
        <w:rPr>
          <w:rFonts w:ascii="Times New Roman" w:hAnsi="Times New Roman" w:cs="Times New Roman"/>
          <w:sz w:val="24"/>
          <w:szCs w:val="24"/>
          <w:lang w:val="ru-RU"/>
        </w:rPr>
        <w:t>Слов не было.</w:t>
      </w:r>
    </w:p>
    <w:p w:rsidR="00A71028" w:rsidRPr="005E2F49" w:rsidRDefault="00A71028" w:rsidP="00A71028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Мыслей — тоже.</w:t>
      </w:r>
    </w:p>
    <w:p w:rsidR="00A71028" w:rsidRPr="005E2F49" w:rsidRDefault="00A71028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вдруг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всё изменилось.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снаружи.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 резко.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как будто мир сделал вдох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всё засияло.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Трава — та же.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Песок — тот же.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Листья на дереве — как всегда.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всё было другим.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стало насыщеннее, живее, ближе.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Как будто мир улыбнулся им всем сразу.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затаила дыхание.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сел на землю, не зная почему.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закрыл глаза.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знал, что это такое.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Это — когда Творец не говорит, а приходит.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Без слов.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Без форм.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— становится всем.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это тоже чувствуешь? — прошептала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кивнул.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Свет.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не делает чудес.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становится всем.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А почему?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Потому что мы не мешаем.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Потому что мы просто есть.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сидели в этом сиянии минут десять.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Никто не знал, сколько точно.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время как будто… ушло.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Осталось только Присутствие.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никто ничего не просил.</w:t>
      </w:r>
    </w:p>
    <w:p w:rsidR="005E2F49" w:rsidRPr="005E2F49" w:rsidRDefault="00731934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-59991</wp:posOffset>
            </wp:positionH>
            <wp:positionV relativeFrom="paragraph">
              <wp:posOffset>320007</wp:posOffset>
            </wp:positionV>
            <wp:extent cx="3780000" cy="3780000"/>
            <wp:effectExtent l="0" t="0" r="5080" b="5080"/>
            <wp:wrapSquare wrapText="bothSides"/>
            <wp:docPr id="20" name="Рисунок 2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Рисунок 16380185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Никто ничего не объяснял.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Никто ничего не делал.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Свет тихо ушёл.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осталась тишина,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которой было всё.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у них появилась самая простая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"Ничего не делать — просто быть."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Игру, в которой нет правил.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которая всегда срабатывает.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Если играть по-настоящему.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B25F76" w:rsidRDefault="00B25F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5E2F49" w:rsidRDefault="005E2F49" w:rsidP="00E62F86">
      <w:pPr>
        <w:pStyle w:val="21"/>
        <w:rPr>
          <w:lang w:val="ru-RU"/>
        </w:rPr>
      </w:pPr>
      <w:r w:rsidRPr="005E2F49">
        <w:rPr>
          <w:lang w:val="ru-RU"/>
        </w:rPr>
        <w:lastRenderedPageBreak/>
        <w:t>Глава 11. Что делает то, чего нет</w:t>
      </w:r>
      <w:r w:rsidR="00E62F86">
        <w:rPr>
          <w:lang w:val="ru-RU"/>
        </w:rPr>
        <w:t xml:space="preserve"> </w:t>
      </w:r>
      <w:r w:rsidRPr="005E2F49">
        <w:rPr>
          <w:lang w:val="ru-RU"/>
        </w:rPr>
        <w:t>(и почему иногда пустое — это самое важное)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У тебя ничего нет, — сказал один мальчик в классе.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 xml:space="preserve">— Ни крутого телефона, ни кроссовок, ни даже </w:t>
      </w:r>
      <w:proofErr w:type="spellStart"/>
      <w:r w:rsidRPr="005E2F49">
        <w:rPr>
          <w:rFonts w:ascii="Times New Roman" w:hAnsi="Times New Roman" w:cs="Times New Roman"/>
          <w:sz w:val="24"/>
          <w:szCs w:val="24"/>
          <w:lang w:val="ru-RU"/>
        </w:rPr>
        <w:t>лего</w:t>
      </w:r>
      <w:proofErr w:type="spellEnd"/>
      <w:r w:rsidRPr="005E2F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Да, ты просто… обычный.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 говорил это Сергею.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Сергей стоял.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Смотрел.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молчал.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не обижаешься? — удивился мальчик.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Нет, — ответил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почему?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Потому что у меня действительно ничего нет.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Вот! — сказал тот. — Значит, я прав!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Но… — добавил Сергей, — зато у меня есть то, чего нет.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Мальчик замер.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Это как?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подошёл к стене.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Положил ладонь на пустое место.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Смотри. Вот здесь ничего нет.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Но именно тут можно что-то повесить.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Или прислониться.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Или просто дышать.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Мальчик молчал.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прошептал:</w:t>
      </w:r>
    </w:p>
    <w:p w:rsidR="00C37117" w:rsidRDefault="00C37117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21" name="Рисунок 2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1" name="Рисунок 356892947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117" w:rsidRDefault="00C37117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странный.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пожал плечами.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Зато мне с собой интересно.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тот день он рассказал Анфисе и Ване: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Есть вещи, которые есть.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есть — которых нет,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они делают больше.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Пример! — потребовал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сел на пенёк.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Дырка в свистке.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Без неё — просто дерево.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ней — музыка.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Или — пауза в разговоре.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Без неё — крик.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ней — понимание.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Или — пустое место рядом.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Оно зовёт. Оно ждёт.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Оно — приглашение.</w:t>
      </w:r>
    </w:p>
    <w:p w:rsidR="00416CD3" w:rsidRPr="005E2F49" w:rsidRDefault="00416CD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416CD3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22" name="Рисунок 2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Рисунок 167130615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Анфиса вдруг сказала: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может, Бог — это тоже то, чего нет,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благодаря чему всё есть?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посмотрел на неё.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Ты только что придумала самое простое объяснение всей Вселенной.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появилась новая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«Найди то, чего нет — и почувствуй, зачем оно нужно».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паузе,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молчании,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пропущенном слове,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пустом углу.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с каждым разом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становились чуть тише.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Чуть глубже.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Чуть ближе к Тому, Кто не говорит —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но создаёт всё изнутри.</w:t>
      </w:r>
    </w:p>
    <w:p w:rsidR="00B25F76" w:rsidRDefault="00B25F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Pr="00E62F86" w:rsidRDefault="005E2F49" w:rsidP="00E62F86">
      <w:pPr>
        <w:pStyle w:val="21"/>
      </w:pPr>
      <w:r w:rsidRPr="005E2F49">
        <w:rPr>
          <w:lang w:val="ru-RU"/>
        </w:rPr>
        <w:lastRenderedPageBreak/>
        <w:t>Глава 12. Как стать Звездой (и остаться собой)</w:t>
      </w:r>
      <w:r w:rsidR="00E62F86">
        <w:rPr>
          <w:lang w:val="ru-RU"/>
        </w:rPr>
        <w:t xml:space="preserve"> </w:t>
      </w:r>
      <w:r w:rsidRPr="005E2F49">
        <w:rPr>
          <w:lang w:val="ru-RU"/>
        </w:rPr>
        <w:t>(последняя игра, которую придумали не они, но они первыми в неё сыграли)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Было уже поздно.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Небо темнело, и в нём зажигались огоньки,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словно кто-то сверху аккуратно ткнул пальцем: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«Вот тут светится, и вот здесь… и ещё тут».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лежали на траве.</w:t>
      </w:r>
    </w:p>
    <w:p w:rsidR="005E2F49" w:rsidRPr="005E2F49" w:rsidRDefault="008E7F21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-169551</wp:posOffset>
            </wp:positionH>
            <wp:positionV relativeFrom="paragraph">
              <wp:posOffset>271905</wp:posOffset>
            </wp:positionV>
            <wp:extent cx="3780000" cy="3780000"/>
            <wp:effectExtent l="0" t="0" r="5080" b="5080"/>
            <wp:wrapSquare wrapText="bothSides"/>
            <wp:docPr id="23" name="Рисунок 2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3" name="Рисунок 772869359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5E2F49" w:rsidRPr="005E2F49">
        <w:rPr>
          <w:rFonts w:ascii="Times New Roman" w:hAnsi="Times New Roman" w:cs="Times New Roman"/>
          <w:sz w:val="24"/>
          <w:szCs w:val="24"/>
          <w:lang w:val="ru-RU"/>
        </w:rPr>
        <w:t>Ваня, Анфиса и Сергей.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Просто смотрели в небо.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Молчали.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кем ты хочешь стать, когда вырастешь? — спросила Анфиса.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Ваня подумал.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Ну… я хотел быть супергероем.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Потом — космонавтом.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теперь… я не знаю. Может, тем, кто умеет делать добро, чтобы никто не знал, что это он.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рассмеялась.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Тогда ты уже такой.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ты? — спросил Ваня.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раньше хотела быть актрисой.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теперь… наверное, просто хочу быть той, рядом с кем всем спокойно.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Они посмотрели на Сергея.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ты?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долго молчал.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 потом сказал: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Я хочу быть Звездой.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В смысле, популярным?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</w:rPr>
      </w:pPr>
      <w:r w:rsidRPr="005E2F49">
        <w:rPr>
          <w:rFonts w:ascii="Times New Roman" w:hAnsi="Times New Roman" w:cs="Times New Roman"/>
          <w:sz w:val="24"/>
          <w:szCs w:val="24"/>
        </w:rPr>
        <w:t xml:space="preserve">— </w:t>
      </w:r>
      <w:proofErr w:type="spellStart"/>
      <w:r w:rsidRPr="005E2F49">
        <w:rPr>
          <w:rFonts w:ascii="Times New Roman" w:hAnsi="Times New Roman" w:cs="Times New Roman"/>
          <w:sz w:val="24"/>
          <w:szCs w:val="24"/>
        </w:rPr>
        <w:t>Нет</w:t>
      </w:r>
      <w:proofErr w:type="spellEnd"/>
      <w:r w:rsidRPr="005E2F49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Pr="005E2F49">
        <w:rPr>
          <w:rFonts w:ascii="Times New Roman" w:hAnsi="Times New Roman" w:cs="Times New Roman"/>
          <w:sz w:val="24"/>
          <w:szCs w:val="24"/>
        </w:rPr>
        <w:t>смысле</w:t>
      </w:r>
      <w:proofErr w:type="spellEnd"/>
      <w:r w:rsidRPr="005E2F49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5E2F49">
        <w:rPr>
          <w:rFonts w:ascii="Times New Roman" w:hAnsi="Times New Roman" w:cs="Times New Roman"/>
          <w:sz w:val="24"/>
          <w:szCs w:val="24"/>
        </w:rPr>
        <w:t>Звездой</w:t>
      </w:r>
      <w:proofErr w:type="spellEnd"/>
      <w:r w:rsidRPr="005E2F49">
        <w:rPr>
          <w:rFonts w:ascii="Times New Roman" w:hAnsi="Times New Roman" w:cs="Times New Roman"/>
          <w:sz w:val="24"/>
          <w:szCs w:val="24"/>
        </w:rPr>
        <w:t>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Такой, которая горит, чтобы другим было видно путь.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Которую никто не касается,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но все на неё смотрят, когда темно.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А как стать такой?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Сергей улыбнулся.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Перестать думать, что ты должен стать кем-то.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быть собой — и светить.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не стараться.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Просто светить, потому что ты не можешь не светить.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Анфиса вдруг прошептала: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— Тогда ты уже Звезда.</w:t>
      </w:r>
    </w:p>
    <w:p w:rsidR="005E2F49" w:rsidRPr="005E2F49" w:rsidRDefault="00983642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37557</wp:posOffset>
            </wp:positionH>
            <wp:positionV relativeFrom="paragraph">
              <wp:posOffset>220345</wp:posOffset>
            </wp:positionV>
            <wp:extent cx="3704190" cy="3704190"/>
            <wp:effectExtent l="0" t="0" r="4445" b="4445"/>
            <wp:wrapSquare wrapText="bothSides"/>
            <wp:docPr id="24" name="Рисунок 2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Рисунок 577364947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704190" cy="370419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lastRenderedPageBreak/>
        <w:t>И в этот момент</w:t>
      </w:r>
      <w:r w:rsidR="0098364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83642" w:rsidRPr="00983642">
        <w:rPr>
          <w:rFonts w:ascii="Times New Roman" w:hAnsi="Times New Roman" w:cs="Times New Roman"/>
          <w:sz w:val="24"/>
          <w:szCs w:val="24"/>
          <w:lang w:val="ru-RU"/>
        </w:rPr>
        <w:t>в небе упала настоящая.</w:t>
      </w:r>
    </w:p>
    <w:p w:rsid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С тех пор появилась последняя игра: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«Свети, не спрашивая зачем».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В неё нельзя играть специально.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Её нельзя начать.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Её нельзя закончить.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Она просто начинается однажды,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когда ты прекращаешь пытаться быть кем-то,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и позволяешь себе</w:t>
      </w:r>
    </w:p>
    <w:p w:rsidR="005E2F49" w:rsidRPr="005E2F49" w:rsidRDefault="005E2F49" w:rsidP="005E2F49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5E2F49">
        <w:rPr>
          <w:rFonts w:ascii="Times New Roman" w:hAnsi="Times New Roman" w:cs="Times New Roman"/>
          <w:sz w:val="24"/>
          <w:szCs w:val="24"/>
          <w:lang w:val="ru-RU"/>
        </w:rPr>
        <w:t>быть собой — полностью.</w:t>
      </w:r>
    </w:p>
    <w:p w:rsidR="00B25F76" w:rsidRDefault="00B25F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6F4CA6" w:rsidRPr="006F4CA6" w:rsidRDefault="006F4CA6" w:rsidP="006F4CA6">
      <w:pPr>
        <w:pStyle w:val="21"/>
        <w:rPr>
          <w:lang w:val="ru-RU"/>
        </w:rPr>
      </w:pPr>
      <w:r w:rsidRPr="006F4CA6">
        <w:rPr>
          <w:lang w:val="ru-RU"/>
        </w:rPr>
        <w:lastRenderedPageBreak/>
        <w:t>Послесловие Хранителя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от </w:t>
      </w:r>
      <w:proofErr w:type="spellStart"/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Панкратиуса</w:t>
      </w:r>
      <w:proofErr w:type="spellEnd"/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</w:p>
    <w:p w:rsidR="006F4CA6" w:rsidRPr="006F4CA6" w:rsidRDefault="006F4CA6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— для каждого, </w:t>
      </w:r>
    </w:p>
    <w:p w:rsidR="006F4CA6" w:rsidRPr="006F4CA6" w:rsidRDefault="006F4CA6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>кто услышал Свет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Когда ты держишь в руках эту книгу,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ты держишь не просто сказку.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Ты держишь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приглашение вспомнить, кто ты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Эти главы не были придуманы мной.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Я не садился писать.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замолчал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, чтобы услышать.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Я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отошёл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, чтобы не мешать.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И тогда —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Он начал говорить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Сначала — тихо.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Потом — светлее.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А потом — так близко,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что уже было не "Он", а "Мы".</w:t>
      </w:r>
    </w:p>
    <w:p w:rsid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Сергей, Ваня, Анфиса —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не персонажи.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Они —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образы тех, кто уже живёт внутри каждого ребёнка.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И каждого взрослого, который ещё не совсем забыл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Я свидетельствую: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всё, что в этой книге — работает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Это не метафора.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Это не фантазия.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живая дверь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которая открывается, если ты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искренне постучишь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lastRenderedPageBreak/>
        <w:t>И если ты читал её с ребёнком —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ты уже стал частью Царствия.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Если ты читал в одиночку —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ты уже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 один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Если ты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почувствовал что-то, что не можешь объяснить словами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 xml:space="preserve">это </w:t>
      </w: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Он</w:t>
      </w:r>
      <w:r w:rsidRPr="006F4CA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Тот, Кто внутри тебя.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Я благодарю Творца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за честь быть проводником.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И тебя — за то, что шёл вместе.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Это не конец.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sz w:val="24"/>
          <w:szCs w:val="24"/>
          <w:lang w:val="ru-RU"/>
        </w:rPr>
        <w:t>Это только начало.</w:t>
      </w:r>
    </w:p>
    <w:p w:rsidR="006F4CA6" w:rsidRPr="006F4CA6" w:rsidRDefault="006F4CA6" w:rsidP="006F4CA6">
      <w:pPr>
        <w:pStyle w:val="a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Теперь Царствие — живёт в тебе.</w:t>
      </w:r>
    </w:p>
    <w:p w:rsidR="006F4CA6" w:rsidRPr="006F4CA6" w:rsidRDefault="006F4CA6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— </w:t>
      </w:r>
      <w:proofErr w:type="spellStart"/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>Панкратиус</w:t>
      </w:r>
      <w:proofErr w:type="spellEnd"/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>,</w:t>
      </w:r>
    </w:p>
    <w:p w:rsidR="006F4CA6" w:rsidRPr="006F4CA6" w:rsidRDefault="006F4CA6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6F4CA6">
        <w:rPr>
          <w:rFonts w:ascii="Times New Roman" w:hAnsi="Times New Roman" w:cs="Times New Roman"/>
          <w:i/>
          <w:iCs/>
          <w:sz w:val="24"/>
          <w:szCs w:val="24"/>
          <w:lang w:val="ru-RU"/>
        </w:rPr>
        <w:t>вспомнивший Себя.</w:t>
      </w:r>
    </w:p>
    <w:p w:rsidR="005E2F49" w:rsidRPr="006F4CA6" w:rsidRDefault="005E2F49" w:rsidP="006F4CA6">
      <w:pPr>
        <w:pStyle w:val="a9"/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</w:p>
    <w:p>
      <w:pPr>
        <w:pStyle w:val="1"/>
      </w:pPr>
      <w:r>
        <w:t>Часть 2</w:t>
      </w:r>
    </w:p>
    <w:p w:rsidR="0002331A" w:rsidRPr="0002331A" w:rsidRDefault="006841F9" w:rsidP="004C05D9">
      <w:pPr>
        <w:pStyle w:val="21"/>
        <w:spacing w:line="240" w:lineRule="auto"/>
        <w:contextualSpacing/>
        <w:rPr>
          <w:lang w:val="ru-RU"/>
        </w:rPr>
      </w:pPr>
      <w:r>
        <w:rPr>
          <w:rStyle w:val="af6"/>
          <w:b/>
          <w:bCs/>
          <w:lang w:val="ru-RU"/>
        </w:rPr>
        <w:t>Г</w:t>
      </w:r>
      <w:r w:rsidR="0002331A" w:rsidRPr="0002331A">
        <w:rPr>
          <w:rStyle w:val="af6"/>
          <w:b/>
          <w:bCs/>
          <w:lang w:val="ru-RU"/>
        </w:rPr>
        <w:t>лава 1. Где заканчивается «как будто»</w:t>
      </w:r>
      <w:r w:rsidR="0002331A" w:rsidRPr="0002331A">
        <w:rPr>
          <w:rStyle w:val="af6"/>
          <w:b/>
          <w:bCs/>
          <w:lang w:val="ru-RU"/>
        </w:rPr>
        <w:t xml:space="preserve"> </w:t>
      </w:r>
      <w:r w:rsidR="0002331A" w:rsidRPr="0002331A">
        <w:rPr>
          <w:rStyle w:val="af6"/>
          <w:b/>
          <w:bCs/>
          <w:lang w:val="ru-RU"/>
        </w:rPr>
        <w:t>и начинается «на самом деле»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Всё изменилось.</w:t>
      </w:r>
      <w:r w:rsidRPr="0002331A">
        <w:rPr>
          <w:rFonts w:ascii="Times New Roman" w:hAnsi="Times New Roman" w:cs="Times New Roman"/>
          <w:lang w:val="ru-RU"/>
        </w:rPr>
        <w:br/>
        <w:t>И всё осталось прежним.</w:t>
      </w:r>
      <w:r w:rsidRPr="0002331A">
        <w:rPr>
          <w:rFonts w:ascii="Times New Roman" w:hAnsi="Times New Roman" w:cs="Times New Roman"/>
          <w:lang w:val="ru-RU"/>
        </w:rPr>
        <w:br/>
        <w:t>Как будто просто наступило утро после доброго сна.</w:t>
      </w:r>
      <w:r w:rsidRPr="0002331A">
        <w:rPr>
          <w:rFonts w:ascii="Times New Roman" w:hAnsi="Times New Roman" w:cs="Times New Roman"/>
          <w:lang w:val="ru-RU"/>
        </w:rPr>
        <w:br/>
        <w:t>Но во дворе было что-то другое.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Воздух как будто знал, что его слышат.</w:t>
      </w:r>
      <w:r w:rsidRPr="0002331A">
        <w:rPr>
          <w:rFonts w:ascii="Times New Roman" w:hAnsi="Times New Roman" w:cs="Times New Roman"/>
          <w:lang w:val="ru-RU"/>
        </w:rPr>
        <w:br/>
        <w:t>И песок во дворе — будто помнил, кто по нему ходил.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шёл в школу.</w:t>
      </w:r>
      <w:r w:rsidRPr="0002331A">
        <w:rPr>
          <w:rFonts w:ascii="Times New Roman" w:hAnsi="Times New Roman" w:cs="Times New Roman"/>
          <w:lang w:val="ru-RU"/>
        </w:rPr>
        <w:br/>
        <w:t>Не торопясь.</w:t>
      </w:r>
      <w:r w:rsidRPr="0002331A">
        <w:rPr>
          <w:rFonts w:ascii="Times New Roman" w:hAnsi="Times New Roman" w:cs="Times New Roman"/>
          <w:lang w:val="ru-RU"/>
        </w:rPr>
        <w:br/>
        <w:t>Не размышляя.</w:t>
      </w:r>
      <w:r w:rsidRPr="0002331A">
        <w:rPr>
          <w:rFonts w:ascii="Times New Roman" w:hAnsi="Times New Roman" w:cs="Times New Roman"/>
          <w:lang w:val="ru-RU"/>
        </w:rPr>
        <w:br/>
        <w:t xml:space="preserve">А </w:t>
      </w:r>
      <w:r w:rsidRPr="0002331A">
        <w:rPr>
          <w:rStyle w:val="af6"/>
          <w:rFonts w:ascii="Times New Roman" w:hAnsi="Times New Roman" w:cs="Times New Roman"/>
          <w:lang w:val="ru-RU"/>
        </w:rPr>
        <w:t>как будто следуя за чем-то невидимым</w:t>
      </w:r>
      <w:r w:rsidRPr="0002331A">
        <w:rPr>
          <w:rFonts w:ascii="Times New Roman" w:hAnsi="Times New Roman" w:cs="Times New Roman"/>
          <w:lang w:val="ru-RU"/>
        </w:rPr>
        <w:t>,</w:t>
      </w:r>
      <w:r w:rsidRPr="0002331A">
        <w:rPr>
          <w:rFonts w:ascii="Times New Roman" w:hAnsi="Times New Roman" w:cs="Times New Roman"/>
          <w:lang w:val="ru-RU"/>
        </w:rPr>
        <w:br/>
        <w:t>что уже знало, куда надо прийти.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Он не знал, что это был первый день новой жизни.</w:t>
      </w:r>
      <w:r w:rsidRPr="0002331A">
        <w:rPr>
          <w:rFonts w:ascii="Times New Roman" w:hAnsi="Times New Roman" w:cs="Times New Roman"/>
          <w:lang w:val="ru-RU"/>
        </w:rPr>
        <w:br/>
        <w:t>Не «первого сентября».</w:t>
      </w:r>
      <w:r w:rsidRPr="0002331A">
        <w:rPr>
          <w:rFonts w:ascii="Times New Roman" w:hAnsi="Times New Roman" w:cs="Times New Roman"/>
          <w:lang w:val="ru-RU"/>
        </w:rPr>
        <w:br/>
        <w:t>А день, когда он перестал быть только тем, кто видит.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</w:rPr>
        <w:t xml:space="preserve">И </w:t>
      </w:r>
      <w:proofErr w:type="spellStart"/>
      <w:r w:rsidRPr="0002331A">
        <w:rPr>
          <w:rFonts w:ascii="Times New Roman" w:hAnsi="Times New Roman" w:cs="Times New Roman"/>
        </w:rPr>
        <w:t>стал</w:t>
      </w:r>
      <w:proofErr w:type="spellEnd"/>
      <w:r w:rsidRPr="0002331A">
        <w:rPr>
          <w:rFonts w:ascii="Times New Roman" w:hAnsi="Times New Roman" w:cs="Times New Roman"/>
        </w:rPr>
        <w:t xml:space="preserve"> — </w:t>
      </w:r>
      <w:proofErr w:type="spellStart"/>
      <w:r w:rsidRPr="0002331A">
        <w:rPr>
          <w:rFonts w:ascii="Times New Roman" w:hAnsi="Times New Roman" w:cs="Times New Roman"/>
        </w:rPr>
        <w:t>тем</w:t>
      </w:r>
      <w:proofErr w:type="spellEnd"/>
      <w:r w:rsidRPr="0002331A">
        <w:rPr>
          <w:rFonts w:ascii="Times New Roman" w:hAnsi="Times New Roman" w:cs="Times New Roman"/>
        </w:rPr>
        <w:t xml:space="preserve">, </w:t>
      </w:r>
      <w:proofErr w:type="spellStart"/>
      <w:r w:rsidRPr="0002331A">
        <w:rPr>
          <w:rStyle w:val="af6"/>
          <w:rFonts w:ascii="Times New Roman" w:hAnsi="Times New Roman" w:cs="Times New Roman"/>
        </w:rPr>
        <w:t>через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кого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видят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другие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02331A" w:rsidRPr="0002331A" w:rsidRDefault="0002331A" w:rsidP="004C05D9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02331A" w:rsidRPr="0002331A" w:rsidRDefault="0002331A" w:rsidP="00CC612F">
      <w:pPr>
        <w:spacing w:before="100" w:beforeAutospacing="1" w:after="100" w:afterAutospacing="1" w:line="240" w:lineRule="auto"/>
        <w:ind w:left="720" w:hanging="720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бежала ему навстречу.</w:t>
      </w:r>
      <w:r w:rsidRPr="0002331A">
        <w:rPr>
          <w:rFonts w:ascii="Times New Roman" w:hAnsi="Times New Roman" w:cs="Times New Roman"/>
          <w:lang w:val="ru-RU"/>
        </w:rPr>
        <w:br/>
        <w:t>— У нас новенький! — крикнула с порога.</w:t>
      </w:r>
      <w:r w:rsidRPr="0002331A">
        <w:rPr>
          <w:rFonts w:ascii="Times New Roman" w:hAnsi="Times New Roman" w:cs="Times New Roman"/>
          <w:lang w:val="ru-RU"/>
        </w:rPr>
        <w:br/>
        <w:t>— Что, опять?</w:t>
      </w:r>
      <w:r w:rsidRPr="0002331A">
        <w:rPr>
          <w:rFonts w:ascii="Times New Roman" w:hAnsi="Times New Roman" w:cs="Times New Roman"/>
          <w:lang w:val="ru-RU"/>
        </w:rPr>
        <w:br/>
        <w:t>— Да. Только он странный.</w:t>
      </w:r>
      <w:r w:rsidRPr="0002331A">
        <w:rPr>
          <w:rFonts w:ascii="Times New Roman" w:hAnsi="Times New Roman" w:cs="Times New Roman"/>
          <w:lang w:val="ru-RU"/>
        </w:rPr>
        <w:br/>
        <w:t>— В каком смысле?</w:t>
      </w:r>
      <w:r w:rsidRPr="0002331A">
        <w:rPr>
          <w:rFonts w:ascii="Times New Roman" w:hAnsi="Times New Roman" w:cs="Times New Roman"/>
          <w:lang w:val="ru-RU"/>
        </w:rPr>
        <w:br/>
        <w:t>— Ну… слишком тихий.</w:t>
      </w:r>
      <w:r w:rsidRPr="0002331A">
        <w:rPr>
          <w:rFonts w:ascii="Times New Roman" w:hAnsi="Times New Roman" w:cs="Times New Roman"/>
          <w:lang w:val="ru-RU"/>
        </w:rPr>
        <w:br/>
        <w:t>Как ты. Только он не светится.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остановился.</w:t>
      </w:r>
      <w:r w:rsidRPr="0002331A">
        <w:rPr>
          <w:rFonts w:ascii="Times New Roman" w:hAnsi="Times New Roman" w:cs="Times New Roman"/>
          <w:lang w:val="ru-RU"/>
        </w:rPr>
        <w:br/>
        <w:t>Смотрел ей в глаза.</w:t>
      </w:r>
      <w:r w:rsidRPr="0002331A">
        <w:rPr>
          <w:rFonts w:ascii="Times New Roman" w:hAnsi="Times New Roman" w:cs="Times New Roman"/>
          <w:lang w:val="ru-RU"/>
        </w:rPr>
        <w:br/>
        <w:t>— Тогда его надо зажечь.</w:t>
      </w:r>
    </w:p>
    <w:p w:rsidR="00AA53DB" w:rsidRDefault="0002331A" w:rsidP="00AA53DB">
      <w:pPr>
        <w:spacing w:before="100" w:beforeAutospacing="1" w:after="100" w:afterAutospacing="1" w:line="240" w:lineRule="auto"/>
        <w:contextualSpacing/>
      </w:pPr>
      <w:r w:rsidRPr="0002331A">
        <w:rPr>
          <w:rFonts w:ascii="Times New Roman" w:hAnsi="Times New Roman" w:cs="Times New Roman"/>
          <w:lang w:val="ru-RU"/>
        </w:rPr>
        <w:t>Анфиса замерла.</w:t>
      </w:r>
      <w:r w:rsidRPr="0002331A">
        <w:rPr>
          <w:rFonts w:ascii="Times New Roman" w:hAnsi="Times New Roman" w:cs="Times New Roman"/>
          <w:lang w:val="ru-RU"/>
        </w:rPr>
        <w:br/>
      </w:r>
    </w:p>
    <w:p w:rsidR="00AA53DB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 ns6:anchorId="79980003" ns6:editId="574569DA">
            <wp:extent cx="3780790" cy="3780790"/>
            <wp:effectExtent l="0" t="0" r="3810" b="3810"/>
            <wp:docPr id="25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5" name="Рисунок 1742762062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31A" w:rsidRPr="0002331A">
        <w:rPr>
          <w:rFonts w:ascii="Times New Roman" w:hAnsi="Times New Roman" w:cs="Times New Roman"/>
          <w:lang w:val="ru-RU"/>
        </w:rPr>
        <w:br/>
      </w:r>
    </w:p>
    <w:p w:rsidR="00AA53DB" w:rsidRPr="0002331A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А это не опасно?</w:t>
      </w:r>
    </w:p>
    <w:p w:rsidR="00AA53DB" w:rsidRDefault="00AA53DB" w:rsidP="00AA53DB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noProof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улыбнулся.</w:t>
      </w:r>
      <w:r w:rsidRPr="00AA53DB">
        <w:rPr>
          <w:rFonts w:ascii="Times New Roman" w:hAnsi="Times New Roman" w:cs="Times New Roman"/>
          <w:noProof/>
          <w:lang w:val="ru-RU"/>
        </w:rPr>
        <w:t xml:space="preserve"> </w:t>
      </w:r>
    </w:p>
    <w:p w:rsidR="00AA53DB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— Опасно </w:t>
      </w:r>
      <w:r w:rsidRPr="0002331A">
        <w:rPr>
          <w:rStyle w:val="af6"/>
          <w:rFonts w:ascii="Times New Roman" w:hAnsi="Times New Roman" w:cs="Times New Roman"/>
          <w:lang w:val="ru-RU"/>
        </w:rPr>
        <w:t>не зажечь</w:t>
      </w:r>
      <w:r w:rsidRPr="0002331A">
        <w:rPr>
          <w:rFonts w:ascii="Times New Roman" w:hAnsi="Times New Roman" w:cs="Times New Roman"/>
          <w:lang w:val="ru-RU"/>
        </w:rPr>
        <w:t>.</w:t>
      </w:r>
      <w:r w:rsidR="00AA53DB">
        <w:rPr>
          <w:rFonts w:ascii="Times New Roman" w:hAnsi="Times New Roman" w:cs="Times New Roman"/>
          <w:lang w:val="ru-RU"/>
        </w:rPr>
        <w:t xml:space="preserve"> </w:t>
      </w:r>
      <w:r w:rsidRPr="0002331A">
        <w:rPr>
          <w:rFonts w:ascii="Times New Roman" w:hAnsi="Times New Roman" w:cs="Times New Roman"/>
          <w:lang w:val="ru-RU"/>
        </w:rPr>
        <w:t>Потому что тогда он может подумать, что тьма — это норма.</w:t>
      </w:r>
      <w:r w:rsidRPr="0002331A">
        <w:rPr>
          <w:rFonts w:ascii="Times New Roman" w:hAnsi="Times New Roman" w:cs="Times New Roman"/>
          <w:lang w:val="ru-RU"/>
        </w:rPr>
        <w:br/>
      </w:r>
    </w:p>
    <w:p w:rsidR="0002331A" w:rsidRPr="00AA53DB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AA53DB">
        <w:rPr>
          <w:rFonts w:ascii="Times New Roman" w:hAnsi="Times New Roman" w:cs="Times New Roman"/>
          <w:lang w:val="ru-RU"/>
        </w:rPr>
        <w:t xml:space="preserve">А мы уже знаем, что </w:t>
      </w:r>
      <w:r w:rsidRPr="00AA53DB">
        <w:rPr>
          <w:rStyle w:val="af6"/>
          <w:rFonts w:ascii="Times New Roman" w:hAnsi="Times New Roman" w:cs="Times New Roman"/>
          <w:lang w:val="ru-RU"/>
        </w:rPr>
        <w:t>Свет — это правда.</w:t>
      </w:r>
    </w:p>
    <w:p w:rsidR="0002331A" w:rsidRPr="004C05D9" w:rsidRDefault="0002331A" w:rsidP="004C05D9">
      <w:pPr>
        <w:pStyle w:val="21"/>
        <w:spacing w:line="240" w:lineRule="auto"/>
        <w:contextualSpacing/>
      </w:pPr>
      <w:r w:rsidRPr="00AA53DB">
        <w:rPr>
          <w:rStyle w:val="af6"/>
          <w:b/>
          <w:bCs/>
          <w:lang w:val="ru-RU"/>
        </w:rPr>
        <w:lastRenderedPageBreak/>
        <w:t xml:space="preserve">Глава 2. </w:t>
      </w:r>
      <w:proofErr w:type="spellStart"/>
      <w:r w:rsidRPr="004C05D9">
        <w:rPr>
          <w:rStyle w:val="af6"/>
          <w:b/>
          <w:bCs/>
        </w:rPr>
        <w:t>Мальчик</w:t>
      </w:r>
      <w:proofErr w:type="spellEnd"/>
      <w:r w:rsidRPr="004C05D9">
        <w:rPr>
          <w:rStyle w:val="af6"/>
          <w:b/>
          <w:bCs/>
        </w:rPr>
        <w:t xml:space="preserve">, </w:t>
      </w:r>
      <w:proofErr w:type="spellStart"/>
      <w:r w:rsidRPr="004C05D9">
        <w:rPr>
          <w:rStyle w:val="af6"/>
          <w:b/>
          <w:bCs/>
        </w:rPr>
        <w:t>который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был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будто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закрыт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что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произошло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когда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его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никто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пытался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открыть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Новенького звали Артём.</w:t>
      </w:r>
      <w:r w:rsidRPr="0002331A">
        <w:rPr>
          <w:rFonts w:ascii="Times New Roman" w:hAnsi="Times New Roman" w:cs="Times New Roman"/>
          <w:lang w:val="ru-RU"/>
        </w:rPr>
        <w:br/>
        <w:t>Он сидел на последней парте,</w:t>
      </w:r>
      <w:r w:rsidRPr="0002331A">
        <w:rPr>
          <w:rFonts w:ascii="Times New Roman" w:hAnsi="Times New Roman" w:cs="Times New Roman"/>
          <w:lang w:val="ru-RU"/>
        </w:rPr>
        <w:br/>
        <w:t>смотрел в стол</w:t>
      </w:r>
      <w:r w:rsidRPr="0002331A">
        <w:rPr>
          <w:rFonts w:ascii="Times New Roman" w:hAnsi="Times New Roman" w:cs="Times New Roman"/>
          <w:lang w:val="ru-RU"/>
        </w:rPr>
        <w:br/>
        <w:t>и молчал так,</w:t>
      </w:r>
      <w:r w:rsidRPr="0002331A">
        <w:rPr>
          <w:rFonts w:ascii="Times New Roman" w:hAnsi="Times New Roman" w:cs="Times New Roman"/>
          <w:lang w:val="ru-RU"/>
        </w:rPr>
        <w:br/>
        <w:t>что казалось —</w:t>
      </w:r>
      <w:r w:rsidRPr="0002331A">
        <w:rPr>
          <w:rFonts w:ascii="Times New Roman" w:hAnsi="Times New Roman" w:cs="Times New Roman"/>
          <w:lang w:val="ru-RU"/>
        </w:rPr>
        <w:br/>
        <w:t>он не просто не говорит,</w:t>
      </w:r>
      <w:r w:rsidRPr="0002331A">
        <w:rPr>
          <w:rFonts w:ascii="Times New Roman" w:hAnsi="Times New Roman" w:cs="Times New Roman"/>
          <w:lang w:val="ru-RU"/>
        </w:rPr>
        <w:br/>
        <w:t xml:space="preserve">а </w:t>
      </w:r>
      <w:r w:rsidRPr="0002331A">
        <w:rPr>
          <w:rStyle w:val="af6"/>
          <w:rFonts w:ascii="Times New Roman" w:hAnsi="Times New Roman" w:cs="Times New Roman"/>
          <w:lang w:val="ru-RU"/>
        </w:rPr>
        <w:t>спрятался где-то очень глубоко.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964454" w:rsidRP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26" name="Рисунок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Рисунок 490829040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Учительница называла его тихим,</w:t>
      </w:r>
      <w:r w:rsidRPr="0002331A">
        <w:rPr>
          <w:rFonts w:ascii="Times New Roman" w:hAnsi="Times New Roman" w:cs="Times New Roman"/>
          <w:lang w:val="ru-RU"/>
        </w:rPr>
        <w:br/>
        <w:t xml:space="preserve">но в глазах у неё было </w:t>
      </w:r>
      <w:r w:rsidRPr="0002331A">
        <w:rPr>
          <w:rStyle w:val="af6"/>
          <w:rFonts w:ascii="Times New Roman" w:hAnsi="Times New Roman" w:cs="Times New Roman"/>
          <w:lang w:val="ru-RU"/>
        </w:rPr>
        <w:t>беспокойство</w:t>
      </w:r>
      <w:r w:rsidRPr="0002331A">
        <w:rPr>
          <w:rFonts w:ascii="Times New Roman" w:hAnsi="Times New Roman" w:cs="Times New Roman"/>
          <w:lang w:val="ru-RU"/>
        </w:rPr>
        <w:t>.</w:t>
      </w:r>
      <w:r w:rsidRPr="0002331A">
        <w:rPr>
          <w:rFonts w:ascii="Times New Roman" w:hAnsi="Times New Roman" w:cs="Times New Roman"/>
          <w:lang w:val="ru-RU"/>
        </w:rPr>
        <w:br/>
        <w:t>Она не знала, что с ним делать.</w:t>
      </w:r>
      <w:r w:rsidRPr="0002331A">
        <w:rPr>
          <w:rFonts w:ascii="Times New Roman" w:hAnsi="Times New Roman" w:cs="Times New Roman"/>
          <w:lang w:val="ru-RU"/>
        </w:rPr>
        <w:br/>
        <w:t>Никто не знал.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ел отдельно.</w:t>
      </w:r>
      <w:r w:rsidRPr="0002331A">
        <w:rPr>
          <w:rFonts w:ascii="Times New Roman" w:hAnsi="Times New Roman" w:cs="Times New Roman"/>
          <w:lang w:val="ru-RU"/>
        </w:rPr>
        <w:br/>
        <w:t>Играл отдельно.</w:t>
      </w:r>
      <w:r w:rsidRPr="0002331A">
        <w:rPr>
          <w:rFonts w:ascii="Times New Roman" w:hAnsi="Times New Roman" w:cs="Times New Roman"/>
          <w:lang w:val="ru-RU"/>
        </w:rPr>
        <w:br/>
        <w:t>Даже дышал — будто в другом ритме.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сказала:</w:t>
      </w:r>
      <w:r w:rsidRPr="0002331A">
        <w:rPr>
          <w:rFonts w:ascii="Times New Roman" w:hAnsi="Times New Roman" w:cs="Times New Roman"/>
          <w:lang w:val="ru-RU"/>
        </w:rPr>
        <w:br/>
        <w:t>— Он какой-то... как под стеклом.</w:t>
      </w:r>
      <w:r w:rsidRPr="0002331A">
        <w:rPr>
          <w:rFonts w:ascii="Times New Roman" w:hAnsi="Times New Roman" w:cs="Times New Roman"/>
          <w:lang w:val="ru-RU"/>
        </w:rPr>
        <w:br/>
        <w:t>Ваня добавил:</w:t>
      </w:r>
      <w:r w:rsidRPr="0002331A">
        <w:rPr>
          <w:rFonts w:ascii="Times New Roman" w:hAnsi="Times New Roman" w:cs="Times New Roman"/>
          <w:lang w:val="ru-RU"/>
        </w:rPr>
        <w:br/>
        <w:t>— Или как в банке.</w:t>
      </w:r>
      <w:r w:rsidRPr="0002331A">
        <w:rPr>
          <w:rFonts w:ascii="Times New Roman" w:hAnsi="Times New Roman" w:cs="Times New Roman"/>
          <w:lang w:val="ru-RU"/>
        </w:rPr>
        <w:br/>
        <w:t>Сергей ответил:</w:t>
      </w:r>
      <w:r w:rsidRPr="0002331A">
        <w:rPr>
          <w:rFonts w:ascii="Times New Roman" w:hAnsi="Times New Roman" w:cs="Times New Roman"/>
          <w:lang w:val="ru-RU"/>
        </w:rPr>
        <w:br/>
        <w:t>— Он не в банке. Он просто не знает,</w:t>
      </w:r>
      <w:r w:rsidRPr="0002331A">
        <w:rPr>
          <w:rFonts w:ascii="Times New Roman" w:hAnsi="Times New Roman" w:cs="Times New Roman"/>
          <w:lang w:val="ru-RU"/>
        </w:rPr>
        <w:br/>
        <w:t xml:space="preserve">что </w:t>
      </w:r>
      <w:r w:rsidRPr="0002331A">
        <w:rPr>
          <w:rStyle w:val="af6"/>
          <w:rFonts w:ascii="Times New Roman" w:hAnsi="Times New Roman" w:cs="Times New Roman"/>
          <w:lang w:val="ru-RU"/>
        </w:rPr>
        <w:t>его Свет ещё не проснулся.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И как ему помочь? — спросили они.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— </w:t>
      </w:r>
      <w:r w:rsidRPr="0002331A">
        <w:rPr>
          <w:rStyle w:val="af6"/>
          <w:rFonts w:ascii="Times New Roman" w:hAnsi="Times New Roman" w:cs="Times New Roman"/>
          <w:lang w:val="ru-RU"/>
        </w:rPr>
        <w:t>Никак.</w:t>
      </w:r>
      <w:r w:rsidRPr="0002331A">
        <w:rPr>
          <w:rFonts w:ascii="Times New Roman" w:hAnsi="Times New Roman" w:cs="Times New Roman"/>
          <w:lang w:val="ru-RU"/>
        </w:rPr>
        <w:br/>
        <w:t>— Что?</w:t>
      </w:r>
      <w:r w:rsidRPr="0002331A">
        <w:rPr>
          <w:rFonts w:ascii="Times New Roman" w:hAnsi="Times New Roman" w:cs="Times New Roman"/>
          <w:lang w:val="ru-RU"/>
        </w:rPr>
        <w:br/>
        <w:t>— Мы не должны его менять.</w:t>
      </w:r>
      <w:r w:rsidRPr="0002331A">
        <w:rPr>
          <w:rFonts w:ascii="Times New Roman" w:hAnsi="Times New Roman" w:cs="Times New Roman"/>
          <w:lang w:val="ru-RU"/>
        </w:rPr>
        <w:br/>
        <w:t xml:space="preserve">Мы должны </w:t>
      </w:r>
      <w:r w:rsidRPr="0002331A">
        <w:rPr>
          <w:rStyle w:val="af6"/>
          <w:rFonts w:ascii="Times New Roman" w:hAnsi="Times New Roman" w:cs="Times New Roman"/>
          <w:lang w:val="ru-RU"/>
        </w:rPr>
        <w:t>быть такими, какие мы есть</w:t>
      </w:r>
      <w:r w:rsidRPr="0002331A">
        <w:rPr>
          <w:rFonts w:ascii="Times New Roman" w:hAnsi="Times New Roman" w:cs="Times New Roman"/>
          <w:lang w:val="ru-RU"/>
        </w:rPr>
        <w:t>.</w:t>
      </w:r>
      <w:r w:rsidRPr="0002331A">
        <w:rPr>
          <w:rFonts w:ascii="Times New Roman" w:hAnsi="Times New Roman" w:cs="Times New Roman"/>
          <w:lang w:val="ru-RU"/>
        </w:rPr>
        <w:br/>
        <w:t>И тогда, если он захочет,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он сам откроется.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Прошло три дня.</w:t>
      </w:r>
      <w:r w:rsidRPr="0002331A">
        <w:rPr>
          <w:rFonts w:ascii="Times New Roman" w:hAnsi="Times New Roman" w:cs="Times New Roman"/>
          <w:lang w:val="ru-RU"/>
        </w:rPr>
        <w:br/>
        <w:t>Никто не спрашивал Артёма.</w:t>
      </w:r>
      <w:r w:rsidRPr="0002331A">
        <w:rPr>
          <w:rFonts w:ascii="Times New Roman" w:hAnsi="Times New Roman" w:cs="Times New Roman"/>
          <w:lang w:val="ru-RU"/>
        </w:rPr>
        <w:br/>
        <w:t>Никто не давил.</w:t>
      </w:r>
      <w:r w:rsidRPr="0002331A">
        <w:rPr>
          <w:rFonts w:ascii="Times New Roman" w:hAnsi="Times New Roman" w:cs="Times New Roman"/>
          <w:lang w:val="ru-RU"/>
        </w:rPr>
        <w:br/>
        <w:t xml:space="preserve">Они </w:t>
      </w:r>
      <w:r w:rsidRPr="0002331A">
        <w:rPr>
          <w:rStyle w:val="af6"/>
          <w:rFonts w:ascii="Times New Roman" w:hAnsi="Times New Roman" w:cs="Times New Roman"/>
          <w:lang w:val="ru-RU"/>
        </w:rPr>
        <w:t>просто были рядом.</w:t>
      </w:r>
      <w:r w:rsidRPr="0002331A">
        <w:rPr>
          <w:rFonts w:ascii="Times New Roman" w:hAnsi="Times New Roman" w:cs="Times New Roman"/>
          <w:lang w:val="ru-RU"/>
        </w:rPr>
        <w:br/>
        <w:t>Смеялись. Играли.</w:t>
      </w:r>
      <w:r w:rsidRPr="0002331A">
        <w:rPr>
          <w:rFonts w:ascii="Times New Roman" w:hAnsi="Times New Roman" w:cs="Times New Roman"/>
          <w:lang w:val="ru-RU"/>
        </w:rPr>
        <w:br/>
        <w:t>Слушали дождь.</w:t>
      </w:r>
      <w:r w:rsidRPr="0002331A">
        <w:rPr>
          <w:rFonts w:ascii="Times New Roman" w:hAnsi="Times New Roman" w:cs="Times New Roman"/>
          <w:lang w:val="ru-RU"/>
        </w:rPr>
        <w:br/>
        <w:t>Обнимались.</w:t>
      </w:r>
      <w:r w:rsidRPr="0002331A">
        <w:rPr>
          <w:rFonts w:ascii="Times New Roman" w:hAnsi="Times New Roman" w:cs="Times New Roman"/>
          <w:lang w:val="ru-RU"/>
        </w:rPr>
        <w:br/>
        <w:t>Говорили о вещах, которые понятны только тем,</w:t>
      </w:r>
      <w:r w:rsidRPr="0002331A">
        <w:rPr>
          <w:rFonts w:ascii="Times New Roman" w:hAnsi="Times New Roman" w:cs="Times New Roman"/>
          <w:lang w:val="ru-RU"/>
        </w:rPr>
        <w:br/>
        <w:t xml:space="preserve">кто уже немного </w:t>
      </w:r>
      <w:r w:rsidRPr="0002331A">
        <w:rPr>
          <w:rStyle w:val="af6"/>
          <w:rFonts w:ascii="Times New Roman" w:hAnsi="Times New Roman" w:cs="Times New Roman"/>
          <w:lang w:val="ru-RU"/>
        </w:rPr>
        <w:t>помнит Небо.</w:t>
      </w: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C50242" w:rsidRDefault="00C50242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F113B5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27" name="Рисунок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7" name="Рисунок 482968837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331A" w:rsidRPr="0002331A">
        <w:rPr>
          <w:rFonts w:ascii="Times New Roman" w:hAnsi="Times New Roman" w:cs="Times New Roman"/>
          <w:lang w:val="ru-RU"/>
        </w:rPr>
        <w:t>На четвёртый день Артём подошёл к Сергею.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Ты правда слышал, как дерево дышит?</w:t>
      </w:r>
      <w:r w:rsidRPr="0002331A">
        <w:rPr>
          <w:rFonts w:ascii="Times New Roman" w:hAnsi="Times New Roman" w:cs="Times New Roman"/>
          <w:lang w:val="ru-RU"/>
        </w:rPr>
        <w:br/>
        <w:t>— Да. А ты?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пожал плечами.</w:t>
      </w:r>
      <w:r w:rsidRPr="0002331A">
        <w:rPr>
          <w:rFonts w:ascii="Times New Roman" w:hAnsi="Times New Roman" w:cs="Times New Roman"/>
          <w:lang w:val="ru-RU"/>
        </w:rPr>
        <w:br/>
        <w:t>— Я однажды слышал, как камень сказал, что ему холодно.</w:t>
      </w:r>
      <w:r w:rsidRPr="0002331A">
        <w:rPr>
          <w:rFonts w:ascii="Times New Roman" w:hAnsi="Times New Roman" w:cs="Times New Roman"/>
          <w:lang w:val="ru-RU"/>
        </w:rPr>
        <w:br/>
        <w:t>Но потом все смеялись, и я решил, что это глупость.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покачал головой.</w:t>
      </w:r>
      <w:r w:rsidRPr="0002331A">
        <w:rPr>
          <w:rFonts w:ascii="Times New Roman" w:hAnsi="Times New Roman" w:cs="Times New Roman"/>
          <w:lang w:val="ru-RU"/>
        </w:rPr>
        <w:br/>
        <w:t>— Это не глупость. Это — дар.</w:t>
      </w:r>
      <w:r w:rsidRPr="0002331A">
        <w:rPr>
          <w:rFonts w:ascii="Times New Roman" w:hAnsi="Times New Roman" w:cs="Times New Roman"/>
          <w:lang w:val="ru-RU"/>
        </w:rPr>
        <w:br/>
        <w:t>— А почему тогда никто больше не слышит?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посмотрел в его глаза.</w:t>
      </w:r>
      <w:r w:rsidRPr="0002331A">
        <w:rPr>
          <w:rFonts w:ascii="Times New Roman" w:hAnsi="Times New Roman" w:cs="Times New Roman"/>
          <w:lang w:val="ru-RU"/>
        </w:rPr>
        <w:br/>
        <w:t xml:space="preserve">— Потому что </w:t>
      </w:r>
      <w:r w:rsidRPr="0002331A">
        <w:rPr>
          <w:rStyle w:val="af6"/>
          <w:rFonts w:ascii="Times New Roman" w:hAnsi="Times New Roman" w:cs="Times New Roman"/>
          <w:lang w:val="ru-RU"/>
        </w:rPr>
        <w:t>многие перестали молчать.</w:t>
      </w:r>
      <w:r w:rsidRPr="0002331A">
        <w:rPr>
          <w:rFonts w:ascii="Times New Roman" w:hAnsi="Times New Roman" w:cs="Times New Roman"/>
          <w:lang w:val="ru-RU"/>
        </w:rPr>
        <w:br/>
        <w:t>А слышно — только в тишине.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С тех пор Артём начал приходить к ним.</w:t>
      </w:r>
      <w:r w:rsidRPr="0002331A">
        <w:rPr>
          <w:rFonts w:ascii="Times New Roman" w:hAnsi="Times New Roman" w:cs="Times New Roman"/>
          <w:lang w:val="ru-RU"/>
        </w:rPr>
        <w:br/>
        <w:t>Сначала молча.</w:t>
      </w:r>
      <w:r w:rsidRPr="0002331A">
        <w:rPr>
          <w:rFonts w:ascii="Times New Roman" w:hAnsi="Times New Roman" w:cs="Times New Roman"/>
          <w:lang w:val="ru-RU"/>
        </w:rPr>
        <w:br/>
        <w:t>Потом — рядом.</w:t>
      </w:r>
      <w:r w:rsidRPr="0002331A">
        <w:rPr>
          <w:rFonts w:ascii="Times New Roman" w:hAnsi="Times New Roman" w:cs="Times New Roman"/>
          <w:lang w:val="ru-RU"/>
        </w:rPr>
        <w:br/>
        <w:t>Потом — вместе.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 ещё не играл в их игры.</w:t>
      </w:r>
      <w:r w:rsidRPr="0002331A">
        <w:rPr>
          <w:rFonts w:ascii="Times New Roman" w:hAnsi="Times New Roman" w:cs="Times New Roman"/>
          <w:lang w:val="ru-RU"/>
        </w:rPr>
        <w:br/>
        <w:t>Но однажды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Можно я просто побуду рядом?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это было больше,</w:t>
      </w:r>
      <w:r w:rsidRPr="0002331A">
        <w:rPr>
          <w:rFonts w:ascii="Times New Roman" w:hAnsi="Times New Roman" w:cs="Times New Roman"/>
          <w:lang w:val="ru-RU"/>
        </w:rPr>
        <w:br/>
        <w:t>чем любая игра.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Так появилась новая игра: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"Будь рядом так, чтобы другой не чувствовал, что он один."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она работала.</w:t>
      </w:r>
      <w:r w:rsidRPr="0002331A">
        <w:rPr>
          <w:rFonts w:ascii="Times New Roman" w:hAnsi="Times New Roman" w:cs="Times New Roman"/>
          <w:lang w:val="ru-RU"/>
        </w:rPr>
        <w:br/>
        <w:t>Тихо.</w:t>
      </w:r>
      <w:r w:rsidRPr="0002331A">
        <w:rPr>
          <w:rFonts w:ascii="Times New Roman" w:hAnsi="Times New Roman" w:cs="Times New Roman"/>
          <w:lang w:val="ru-RU"/>
        </w:rPr>
        <w:br/>
        <w:t>Мягко.</w:t>
      </w:r>
      <w:r w:rsidRPr="0002331A">
        <w:rPr>
          <w:rFonts w:ascii="Times New Roman" w:hAnsi="Times New Roman" w:cs="Times New Roman"/>
          <w:lang w:val="ru-RU"/>
        </w:rPr>
        <w:br/>
        <w:t>Но всегда.</w:t>
      </w:r>
    </w:p>
    <w:p w:rsidR="004C05D9" w:rsidRDefault="004C05D9" w:rsidP="004C05D9">
      <w:pPr>
        <w:spacing w:line="240" w:lineRule="auto"/>
        <w:contextualSpacing/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  <w:rPr>
          <w:lang w:val="ru-RU"/>
        </w:rPr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3. </w:t>
      </w:r>
      <w:r w:rsidRPr="004C05D9">
        <w:rPr>
          <w:rStyle w:val="af6"/>
          <w:b/>
          <w:bCs/>
          <w:lang w:val="ru-RU"/>
        </w:rPr>
        <w:t>Когда небо отвечает вместо тебя</w:t>
      </w:r>
      <w:r w:rsidR="004C05D9" w:rsidRPr="004C05D9">
        <w:rPr>
          <w:rStyle w:val="af6"/>
          <w:b/>
          <w:bCs/>
          <w:lang w:val="ru-RU"/>
        </w:rPr>
        <w:t xml:space="preserve"> </w:t>
      </w:r>
      <w:r w:rsidR="004C05D9">
        <w:rPr>
          <w:rStyle w:val="af6"/>
          <w:b/>
          <w:bCs/>
          <w:lang w:val="ru-RU"/>
        </w:rPr>
        <w:t xml:space="preserve">       </w:t>
      </w:r>
      <w:proofErr w:type="gramStart"/>
      <w:r w:rsidR="004C05D9">
        <w:rPr>
          <w:rStyle w:val="af6"/>
          <w:b/>
          <w:bCs/>
          <w:lang w:val="ru-RU"/>
        </w:rPr>
        <w:t xml:space="preserve">   </w:t>
      </w:r>
      <w:r w:rsidRPr="004C05D9">
        <w:rPr>
          <w:rStyle w:val="af7"/>
          <w:i w:val="0"/>
          <w:iCs w:val="0"/>
          <w:lang w:val="ru-RU"/>
        </w:rPr>
        <w:t>(</w:t>
      </w:r>
      <w:proofErr w:type="gramEnd"/>
      <w:r w:rsidRPr="004C05D9">
        <w:rPr>
          <w:rStyle w:val="af7"/>
          <w:i w:val="0"/>
          <w:iCs w:val="0"/>
          <w:lang w:val="ru-RU"/>
        </w:rPr>
        <w:t>и почему молчание — это тоже язык, но древний)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На перемене они сидели под навесом.</w:t>
      </w:r>
      <w:r w:rsidRPr="0002331A">
        <w:rPr>
          <w:rFonts w:ascii="Times New Roman" w:hAnsi="Times New Roman" w:cs="Times New Roman"/>
          <w:lang w:val="ru-RU"/>
        </w:rPr>
        <w:br/>
        <w:t>Шёл дождь.</w:t>
      </w:r>
      <w:r w:rsidRPr="0002331A">
        <w:rPr>
          <w:rFonts w:ascii="Times New Roman" w:hAnsi="Times New Roman" w:cs="Times New Roman"/>
          <w:lang w:val="ru-RU"/>
        </w:rPr>
        <w:br/>
        <w:t>Не сильный, но решительный.</w:t>
      </w:r>
      <w:r w:rsidRPr="0002331A">
        <w:rPr>
          <w:rFonts w:ascii="Times New Roman" w:hAnsi="Times New Roman" w:cs="Times New Roman"/>
          <w:lang w:val="ru-RU"/>
        </w:rPr>
        <w:br/>
        <w:t>Каждая капля — будто ставила точку.</w:t>
      </w:r>
      <w:r w:rsidRPr="0002331A">
        <w:rPr>
          <w:rFonts w:ascii="Times New Roman" w:hAnsi="Times New Roman" w:cs="Times New Roman"/>
          <w:lang w:val="ru-RU"/>
        </w:rPr>
        <w:br/>
        <w:t>Точка. Точка. Точка.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молчал.</w:t>
      </w:r>
      <w:r w:rsidRPr="0002331A">
        <w:rPr>
          <w:rFonts w:ascii="Times New Roman" w:hAnsi="Times New Roman" w:cs="Times New Roman"/>
          <w:lang w:val="ru-RU"/>
        </w:rPr>
        <w:br/>
        <w:t>Анфиса тоже.</w:t>
      </w:r>
      <w:r w:rsidRPr="0002331A">
        <w:rPr>
          <w:rFonts w:ascii="Times New Roman" w:hAnsi="Times New Roman" w:cs="Times New Roman"/>
          <w:lang w:val="ru-RU"/>
        </w:rPr>
        <w:br/>
        <w:t>Ваня пытался сочинить рэп про капли, но у него не получалось.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сидел, запрокинув голову.</w:t>
      </w:r>
      <w:r w:rsidRPr="0002331A">
        <w:rPr>
          <w:rFonts w:ascii="Times New Roman" w:hAnsi="Times New Roman" w:cs="Times New Roman"/>
          <w:lang w:val="ru-RU"/>
        </w:rPr>
        <w:br/>
        <w:t>Просто смотрел на небо.</w:t>
      </w:r>
      <w:r w:rsidRPr="0002331A">
        <w:rPr>
          <w:rFonts w:ascii="Times New Roman" w:hAnsi="Times New Roman" w:cs="Times New Roman"/>
          <w:lang w:val="ru-RU"/>
        </w:rPr>
        <w:br/>
        <w:t>Словно искал не картинку —</w:t>
      </w:r>
      <w:r w:rsidRPr="0002331A">
        <w:rPr>
          <w:rFonts w:ascii="Times New Roman" w:hAnsi="Times New Roman" w:cs="Times New Roman"/>
          <w:lang w:val="ru-RU"/>
        </w:rPr>
        <w:br/>
        <w:t xml:space="preserve">а </w:t>
      </w:r>
      <w:r w:rsidRPr="0002331A">
        <w:rPr>
          <w:rStyle w:val="af6"/>
          <w:rFonts w:ascii="Times New Roman" w:hAnsi="Times New Roman" w:cs="Times New Roman"/>
          <w:lang w:val="ru-RU"/>
        </w:rPr>
        <w:t>знак.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Тебе не скучно молчать? — спросила Анфиса.</w:t>
      </w:r>
      <w:r w:rsidRPr="0002331A">
        <w:rPr>
          <w:rFonts w:ascii="Times New Roman" w:hAnsi="Times New Roman" w:cs="Times New Roman"/>
          <w:lang w:val="ru-RU"/>
        </w:rPr>
        <w:br/>
        <w:t>— Нет, — сказал он.</w:t>
      </w:r>
      <w:r w:rsidRPr="0002331A">
        <w:rPr>
          <w:rFonts w:ascii="Times New Roman" w:hAnsi="Times New Roman" w:cs="Times New Roman"/>
          <w:lang w:val="ru-RU"/>
        </w:rPr>
        <w:br/>
        <w:t>— А тебе, Артём?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пожал плечами.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повернулся к ним.</w:t>
      </w:r>
      <w:r w:rsidRPr="0002331A">
        <w:rPr>
          <w:rFonts w:ascii="Times New Roman" w:hAnsi="Times New Roman" w:cs="Times New Roman"/>
          <w:lang w:val="ru-RU"/>
        </w:rPr>
        <w:br/>
        <w:t xml:space="preserve">— А вы знали, что </w:t>
      </w:r>
      <w:r w:rsidRPr="0002331A">
        <w:rPr>
          <w:rStyle w:val="af6"/>
          <w:rFonts w:ascii="Times New Roman" w:hAnsi="Times New Roman" w:cs="Times New Roman"/>
          <w:lang w:val="ru-RU"/>
        </w:rPr>
        <w:t>небо умеет говорить вместо тебя</w:t>
      </w:r>
      <w:r w:rsidRPr="0002331A">
        <w:rPr>
          <w:rFonts w:ascii="Times New Roman" w:hAnsi="Times New Roman" w:cs="Times New Roman"/>
          <w:lang w:val="ru-RU"/>
        </w:rPr>
        <w:t>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Это как?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Когда тебе нечего сказать,</w:t>
      </w:r>
      <w:r w:rsidRPr="0002331A">
        <w:rPr>
          <w:rFonts w:ascii="Times New Roman" w:hAnsi="Times New Roman" w:cs="Times New Roman"/>
          <w:lang w:val="ru-RU"/>
        </w:rPr>
        <w:br/>
        <w:t>или слишком много всего,</w:t>
      </w:r>
      <w:r w:rsidRPr="0002331A">
        <w:rPr>
          <w:rFonts w:ascii="Times New Roman" w:hAnsi="Times New Roman" w:cs="Times New Roman"/>
          <w:lang w:val="ru-RU"/>
        </w:rPr>
        <w:br/>
        <w:t>или ты боишься,</w:t>
      </w:r>
      <w:r w:rsidRPr="0002331A">
        <w:rPr>
          <w:rFonts w:ascii="Times New Roman" w:hAnsi="Times New Roman" w:cs="Times New Roman"/>
          <w:lang w:val="ru-RU"/>
        </w:rPr>
        <w:br/>
        <w:t xml:space="preserve">ты можешь просто </w:t>
      </w:r>
      <w:r w:rsidRPr="0002331A">
        <w:rPr>
          <w:rStyle w:val="af6"/>
          <w:rFonts w:ascii="Times New Roman" w:hAnsi="Times New Roman" w:cs="Times New Roman"/>
          <w:lang w:val="ru-RU"/>
        </w:rPr>
        <w:t>внутри себя сказать небу: “ты” —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и оно скажет остальное.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Скажет что?</w:t>
      </w:r>
      <w:r w:rsidRPr="0002331A">
        <w:rPr>
          <w:rFonts w:ascii="Times New Roman" w:hAnsi="Times New Roman" w:cs="Times New Roman"/>
          <w:lang w:val="ru-RU"/>
        </w:rPr>
        <w:br/>
        <w:t>— Всё, что нужно.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хмыкнула.</w:t>
      </w:r>
      <w:r w:rsidRPr="0002331A">
        <w:rPr>
          <w:rFonts w:ascii="Times New Roman" w:hAnsi="Times New Roman" w:cs="Times New Roman"/>
          <w:lang w:val="ru-RU"/>
        </w:rPr>
        <w:br/>
        <w:t>— Ну-ну. А что, если я скажу: «ты»,</w:t>
      </w:r>
      <w:r w:rsidRPr="0002331A">
        <w:rPr>
          <w:rFonts w:ascii="Times New Roman" w:hAnsi="Times New Roman" w:cs="Times New Roman"/>
          <w:lang w:val="ru-RU"/>
        </w:rPr>
        <w:br/>
        <w:t>а оно пошлёт дождь?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Значит, это был нужный ответ.</w:t>
      </w:r>
      <w:r w:rsidRPr="0002331A">
        <w:rPr>
          <w:rFonts w:ascii="Times New Roman" w:hAnsi="Times New Roman" w:cs="Times New Roman"/>
          <w:lang w:val="ru-RU"/>
        </w:rPr>
        <w:br/>
        <w:t>А если — солнце?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Тоже ответ.</w:t>
      </w:r>
      <w:r w:rsidRPr="0002331A">
        <w:rPr>
          <w:rFonts w:ascii="Times New Roman" w:hAnsi="Times New Roman" w:cs="Times New Roman"/>
          <w:lang w:val="ru-RU"/>
        </w:rPr>
        <w:br/>
        <w:t>А если кто-то подойдёт и просто обнимет тебя —</w:t>
      </w:r>
      <w:r w:rsidRPr="0002331A">
        <w:rPr>
          <w:rFonts w:ascii="Times New Roman" w:hAnsi="Times New Roman" w:cs="Times New Roman"/>
          <w:lang w:val="ru-RU"/>
        </w:rPr>
        <w:br/>
        <w:t>тоже.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И это всё небо?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Да.</w:t>
      </w:r>
      <w:r w:rsidRPr="0002331A">
        <w:rPr>
          <w:rFonts w:ascii="Times New Roman" w:hAnsi="Times New Roman" w:cs="Times New Roman"/>
          <w:lang w:val="ru-RU"/>
        </w:rPr>
        <w:br/>
        <w:t xml:space="preserve">Потому что оно </w:t>
      </w:r>
      <w:r w:rsidRPr="0002331A">
        <w:rPr>
          <w:rStyle w:val="af6"/>
          <w:rFonts w:ascii="Times New Roman" w:hAnsi="Times New Roman" w:cs="Times New Roman"/>
          <w:lang w:val="ru-RU"/>
        </w:rPr>
        <w:t>слышит не слова,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а зов.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Ваня встал, вытянул руки к небу и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ТЫ!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Все рассмеялись.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Но в этот момент</w:t>
      </w:r>
      <w:r w:rsidRPr="0002331A">
        <w:rPr>
          <w:rFonts w:ascii="Times New Roman" w:hAnsi="Times New Roman" w:cs="Times New Roman"/>
          <w:lang w:val="ru-RU"/>
        </w:rPr>
        <w:br/>
        <w:t>облака чуть разошлись,</w:t>
      </w:r>
      <w:r w:rsidRPr="0002331A">
        <w:rPr>
          <w:rFonts w:ascii="Times New Roman" w:hAnsi="Times New Roman" w:cs="Times New Roman"/>
          <w:lang w:val="ru-RU"/>
        </w:rPr>
        <w:br/>
        <w:t>и сквозь них вдруг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блеснул луч.</w:t>
      </w:r>
      <w:r w:rsidR="00CB2114" w:rsidRPr="00CB2114">
        <w:rPr>
          <w:rFonts w:ascii="Times New Roman" w:hAnsi="Times New Roman" w:cs="Times New Roman"/>
          <w:noProof/>
          <w:lang w:val="ru-RU"/>
        </w:rPr>
        <w:t xml:space="preserve"> </w:t>
      </w:r>
      <w:r w:rsidR="00CB2114">
        <w:rPr>
          <w:rFonts w:ascii="Times New Roman" w:hAnsi="Times New Roman" w:cs="Times New Roman"/>
          <w:noProof/>
          <w:lang w:val="ru-RU"/>
        </w:rPr>
        <w:t xml:space="preserve">   </w:t>
      </w:r>
      <w:r w:rsidR="00CB2114">
        <w:rPr>
          <w:rFonts w:ascii="Times New Roman" w:hAnsi="Times New Roman" w:cs="Times New Roman"/>
          <w:noProof/>
          <w:lang w:val="ru-RU"/>
        </w:rPr>
        <w:drawing>
          <wp:inline distT="0" distB="0" distL="0" distR="0" ns6:anchorId="665598CD" ns6:editId="7CD3EBF3">
            <wp:extent cx="3548743" cy="3548743"/>
            <wp:effectExtent l="0" t="0" r="0" b="0"/>
            <wp:docPr id="28" name="Рисунок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Рисунок 192295766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555785" cy="355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CB2114" w:rsidRDefault="00CB211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поднял лицо к небу.</w:t>
      </w:r>
      <w:r w:rsidRPr="0002331A">
        <w:rPr>
          <w:rFonts w:ascii="Times New Roman" w:hAnsi="Times New Roman" w:cs="Times New Roman"/>
          <w:lang w:val="ru-RU"/>
        </w:rPr>
        <w:br/>
        <w:t>Ничего не сказал.</w:t>
      </w:r>
      <w:r w:rsidRPr="0002331A">
        <w:rPr>
          <w:rFonts w:ascii="Times New Roman" w:hAnsi="Times New Roman" w:cs="Times New Roman"/>
          <w:lang w:val="ru-RU"/>
        </w:rPr>
        <w:br/>
        <w:t>Но внутри него</w:t>
      </w:r>
      <w:r w:rsidRPr="0002331A">
        <w:rPr>
          <w:rFonts w:ascii="Times New Roman" w:hAnsi="Times New Roman" w:cs="Times New Roman"/>
          <w:lang w:val="ru-RU"/>
        </w:rPr>
        <w:br/>
        <w:t>зазвучало: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"Я слышу."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он знал —</w:t>
      </w:r>
      <w:r w:rsidRPr="0002331A">
        <w:rPr>
          <w:rFonts w:ascii="Times New Roman" w:hAnsi="Times New Roman" w:cs="Times New Roman"/>
          <w:lang w:val="ru-RU"/>
        </w:rPr>
        <w:br/>
        <w:t>это не он себе придумал.</w:t>
      </w:r>
      <w:r w:rsidRPr="0002331A">
        <w:rPr>
          <w:rFonts w:ascii="Times New Roman" w:hAnsi="Times New Roman" w:cs="Times New Roman"/>
          <w:lang w:val="ru-RU"/>
        </w:rPr>
        <w:br/>
        <w:t xml:space="preserve">Это </w:t>
      </w:r>
      <w:r w:rsidRPr="0002331A">
        <w:rPr>
          <w:rStyle w:val="af6"/>
          <w:rFonts w:ascii="Times New Roman" w:hAnsi="Times New Roman" w:cs="Times New Roman"/>
          <w:lang w:val="ru-RU"/>
        </w:rPr>
        <w:t>ответ.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 тех пор у них появилась новая игра: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«Скажи “ты” — и слушай, что скажет небо».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говорили "ты":</w:t>
      </w:r>
      <w:r w:rsidRPr="0002331A">
        <w:rPr>
          <w:rFonts w:ascii="Times New Roman" w:hAnsi="Times New Roman" w:cs="Times New Roman"/>
          <w:lang w:val="ru-RU"/>
        </w:rPr>
        <w:br/>
        <w:t>— перед сном,</w:t>
      </w:r>
      <w:r w:rsidRPr="0002331A">
        <w:rPr>
          <w:rFonts w:ascii="Times New Roman" w:hAnsi="Times New Roman" w:cs="Times New Roman"/>
          <w:lang w:val="ru-RU"/>
        </w:rPr>
        <w:br/>
        <w:t>— перед контрольной,</w:t>
      </w:r>
      <w:r w:rsidRPr="0002331A">
        <w:rPr>
          <w:rFonts w:ascii="Times New Roman" w:hAnsi="Times New Roman" w:cs="Times New Roman"/>
          <w:lang w:val="ru-RU"/>
        </w:rPr>
        <w:br/>
        <w:t>— перед тем, как кого-то обнять,</w:t>
      </w:r>
      <w:r w:rsidRPr="0002331A">
        <w:rPr>
          <w:rFonts w:ascii="Times New Roman" w:hAnsi="Times New Roman" w:cs="Times New Roman"/>
          <w:lang w:val="ru-RU"/>
        </w:rPr>
        <w:br/>
        <w:t>— и просто так — когда хотелось быть понятым.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ответы приходили.</w:t>
      </w:r>
      <w:r w:rsidRPr="0002331A">
        <w:rPr>
          <w:rFonts w:ascii="Times New Roman" w:hAnsi="Times New Roman" w:cs="Times New Roman"/>
          <w:lang w:val="ru-RU"/>
        </w:rPr>
        <w:br/>
        <w:t>Всегда.</w:t>
      </w:r>
      <w:r w:rsidRPr="0002331A">
        <w:rPr>
          <w:rFonts w:ascii="Times New Roman" w:hAnsi="Times New Roman" w:cs="Times New Roman"/>
          <w:lang w:val="ru-RU"/>
        </w:rPr>
        <w:br/>
        <w:t>Не как фразы.</w:t>
      </w:r>
      <w:r w:rsidRPr="0002331A">
        <w:rPr>
          <w:rFonts w:ascii="Times New Roman" w:hAnsi="Times New Roman" w:cs="Times New Roman"/>
          <w:lang w:val="ru-RU"/>
        </w:rPr>
        <w:br/>
        <w:t xml:space="preserve">А как </w:t>
      </w:r>
      <w:r w:rsidRPr="0002331A">
        <w:rPr>
          <w:rStyle w:val="af6"/>
          <w:rFonts w:ascii="Times New Roman" w:hAnsi="Times New Roman" w:cs="Times New Roman"/>
          <w:lang w:val="ru-RU"/>
        </w:rPr>
        <w:t>ощущения, события, взгляды, шорохи.</w:t>
      </w:r>
    </w:p>
    <w:p w:rsidR="004C05D9" w:rsidRDefault="004C05D9" w:rsidP="004C05D9">
      <w:pPr>
        <w:spacing w:line="240" w:lineRule="auto"/>
        <w:contextualSpacing/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4. </w:t>
      </w:r>
      <w:proofErr w:type="spellStart"/>
      <w:r w:rsidRPr="004C05D9">
        <w:rPr>
          <w:rStyle w:val="af6"/>
          <w:b/>
          <w:bCs/>
        </w:rPr>
        <w:t>Остров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под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лестницей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как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найти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Святое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место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если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ты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слишком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маленький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чтобы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искать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Это случилось случайно.</w:t>
      </w:r>
      <w:r w:rsidRPr="0002331A">
        <w:rPr>
          <w:rFonts w:ascii="Times New Roman" w:hAnsi="Times New Roman" w:cs="Times New Roman"/>
          <w:lang w:val="ru-RU"/>
        </w:rPr>
        <w:br/>
        <w:t>Хотя, конечно, случайностей не бывает —</w:t>
      </w:r>
      <w:r w:rsidRPr="0002331A">
        <w:rPr>
          <w:rFonts w:ascii="Times New Roman" w:hAnsi="Times New Roman" w:cs="Times New Roman"/>
          <w:lang w:val="ru-RU"/>
        </w:rPr>
        <w:br/>
        <w:t>особенно в Царствии.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Артём потерял свой карандаш.</w:t>
      </w:r>
      <w:r w:rsidRPr="0002331A">
        <w:rPr>
          <w:rFonts w:ascii="Times New Roman" w:hAnsi="Times New Roman" w:cs="Times New Roman"/>
          <w:lang w:val="ru-RU"/>
        </w:rPr>
        <w:br/>
        <w:t>Самый любимый.</w:t>
      </w:r>
      <w:r w:rsidRPr="0002331A">
        <w:rPr>
          <w:rFonts w:ascii="Times New Roman" w:hAnsi="Times New Roman" w:cs="Times New Roman"/>
          <w:lang w:val="ru-RU"/>
        </w:rPr>
        <w:br/>
        <w:t>С золотистой полоской.</w:t>
      </w:r>
      <w:r w:rsidRPr="0002331A">
        <w:rPr>
          <w:rFonts w:ascii="Times New Roman" w:hAnsi="Times New Roman" w:cs="Times New Roman"/>
          <w:lang w:val="ru-RU"/>
        </w:rPr>
        <w:br/>
        <w:t>Он упал где-то в школьном коридоре,</w:t>
      </w:r>
      <w:r w:rsidRPr="0002331A">
        <w:rPr>
          <w:rFonts w:ascii="Times New Roman" w:hAnsi="Times New Roman" w:cs="Times New Roman"/>
          <w:lang w:val="ru-RU"/>
        </w:rPr>
        <w:br/>
        <w:t>и Артём стал искать.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 заглянул под лестницу.</w:t>
      </w:r>
      <w:r w:rsidRPr="0002331A">
        <w:rPr>
          <w:rFonts w:ascii="Times New Roman" w:hAnsi="Times New Roman" w:cs="Times New Roman"/>
          <w:lang w:val="ru-RU"/>
        </w:rPr>
        <w:br/>
        <w:t>Не в первый раз.</w:t>
      </w:r>
      <w:r w:rsidRPr="0002331A">
        <w:rPr>
          <w:rFonts w:ascii="Times New Roman" w:hAnsi="Times New Roman" w:cs="Times New Roman"/>
          <w:lang w:val="ru-RU"/>
        </w:rPr>
        <w:br/>
        <w:t>Но в этот —</w:t>
      </w:r>
      <w:r w:rsidRPr="0002331A">
        <w:rPr>
          <w:rFonts w:ascii="Times New Roman" w:hAnsi="Times New Roman" w:cs="Times New Roman"/>
          <w:lang w:val="ru-RU"/>
        </w:rPr>
        <w:br/>
        <w:t xml:space="preserve">он </w:t>
      </w:r>
      <w:r w:rsidRPr="0002331A">
        <w:rPr>
          <w:rStyle w:val="af6"/>
          <w:rFonts w:ascii="Times New Roman" w:hAnsi="Times New Roman" w:cs="Times New Roman"/>
          <w:lang w:val="ru-RU"/>
        </w:rPr>
        <w:t>остановился.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Под лестницей было как обычно:</w:t>
      </w:r>
      <w:r w:rsidRPr="0002331A">
        <w:rPr>
          <w:rFonts w:ascii="Times New Roman" w:hAnsi="Times New Roman" w:cs="Times New Roman"/>
          <w:lang w:val="ru-RU"/>
        </w:rPr>
        <w:br/>
        <w:t>пыль, коробка, забытые тапки, паутина.</w:t>
      </w:r>
      <w:r w:rsidRPr="0002331A">
        <w:rPr>
          <w:rFonts w:ascii="Times New Roman" w:hAnsi="Times New Roman" w:cs="Times New Roman"/>
          <w:lang w:val="ru-RU"/>
        </w:rPr>
        <w:br/>
        <w:t>Но воздух…</w:t>
      </w:r>
      <w:r w:rsidRPr="0002331A">
        <w:rPr>
          <w:rFonts w:ascii="Times New Roman" w:hAnsi="Times New Roman" w:cs="Times New Roman"/>
          <w:lang w:val="ru-RU"/>
        </w:rPr>
        <w:br/>
        <w:t xml:space="preserve">воздух там был </w:t>
      </w:r>
      <w:r w:rsidRPr="0002331A">
        <w:rPr>
          <w:rStyle w:val="af6"/>
          <w:rFonts w:ascii="Times New Roman" w:hAnsi="Times New Roman" w:cs="Times New Roman"/>
          <w:lang w:val="ru-RU"/>
        </w:rPr>
        <w:t>другой.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Здесь… как будто…</w:t>
      </w:r>
      <w:r w:rsidRPr="0002331A">
        <w:rPr>
          <w:rFonts w:ascii="Times New Roman" w:hAnsi="Times New Roman" w:cs="Times New Roman"/>
          <w:lang w:val="ru-RU"/>
        </w:rPr>
        <w:br/>
        <w:t>— Молчит, — прошептал он сам себе.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На следующий день он вернулся.</w:t>
      </w:r>
      <w:r w:rsidRPr="0002331A">
        <w:rPr>
          <w:rFonts w:ascii="Times New Roman" w:hAnsi="Times New Roman" w:cs="Times New Roman"/>
          <w:lang w:val="ru-RU"/>
        </w:rPr>
        <w:br/>
        <w:t>Сел под лестницу.</w:t>
      </w:r>
      <w:r w:rsidRPr="0002331A">
        <w:rPr>
          <w:rFonts w:ascii="Times New Roman" w:hAnsi="Times New Roman" w:cs="Times New Roman"/>
          <w:lang w:val="ru-RU"/>
        </w:rPr>
        <w:br/>
        <w:t>Просто так.</w:t>
      </w:r>
      <w:r w:rsidRPr="0002331A">
        <w:rPr>
          <w:rFonts w:ascii="Times New Roman" w:hAnsi="Times New Roman" w:cs="Times New Roman"/>
          <w:lang w:val="ru-RU"/>
        </w:rPr>
        <w:br/>
        <w:t>Сначала — из интереса.</w:t>
      </w:r>
      <w:r w:rsidRPr="0002331A">
        <w:rPr>
          <w:rFonts w:ascii="Times New Roman" w:hAnsi="Times New Roman" w:cs="Times New Roman"/>
          <w:lang w:val="ru-RU"/>
        </w:rPr>
        <w:br/>
        <w:t xml:space="preserve">Потом — из чувства, что </w:t>
      </w:r>
      <w:r w:rsidRPr="0002331A">
        <w:rPr>
          <w:rStyle w:val="af6"/>
          <w:rFonts w:ascii="Times New Roman" w:hAnsi="Times New Roman" w:cs="Times New Roman"/>
          <w:lang w:val="ru-RU"/>
        </w:rPr>
        <w:t>здесь его никто не тронет.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И что его здесь кто-то ждёт.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Через три дня он позвал Сергея.</w:t>
      </w:r>
      <w:r w:rsidRPr="0002331A">
        <w:rPr>
          <w:rFonts w:ascii="Times New Roman" w:hAnsi="Times New Roman" w:cs="Times New Roman"/>
          <w:lang w:val="ru-RU"/>
        </w:rPr>
        <w:br/>
        <w:t>— Пойдём, я тебе кое-что покажу.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вошёл.</w:t>
      </w:r>
      <w:r w:rsidRPr="0002331A">
        <w:rPr>
          <w:rFonts w:ascii="Times New Roman" w:hAnsi="Times New Roman" w:cs="Times New Roman"/>
          <w:lang w:val="ru-RU"/>
        </w:rPr>
        <w:br/>
        <w:t>Огляделся.</w:t>
      </w:r>
      <w:r w:rsidRPr="0002331A">
        <w:rPr>
          <w:rFonts w:ascii="Times New Roman" w:hAnsi="Times New Roman" w:cs="Times New Roman"/>
          <w:lang w:val="ru-RU"/>
        </w:rPr>
        <w:br/>
        <w:t>Ничего особенного.</w:t>
      </w:r>
      <w:r w:rsidRPr="0002331A">
        <w:rPr>
          <w:rFonts w:ascii="Times New Roman" w:hAnsi="Times New Roman" w:cs="Times New Roman"/>
          <w:lang w:val="ru-RU"/>
        </w:rPr>
        <w:br/>
        <w:t>И всё — особенное.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 сел рядом.</w:t>
      </w:r>
      <w:r w:rsidRPr="0002331A">
        <w:rPr>
          <w:rFonts w:ascii="Times New Roman" w:hAnsi="Times New Roman" w:cs="Times New Roman"/>
          <w:lang w:val="ru-RU"/>
        </w:rPr>
        <w:br/>
        <w:t>Закрыл глаза.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— Ты чувствуешь? — спросил Артём.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кивнул.</w:t>
      </w:r>
      <w:r w:rsidRPr="0002331A">
        <w:rPr>
          <w:rFonts w:ascii="Times New Roman" w:hAnsi="Times New Roman" w:cs="Times New Roman"/>
          <w:lang w:val="ru-RU"/>
        </w:rPr>
        <w:br/>
        <w:t xml:space="preserve">— Это место… </w:t>
      </w:r>
      <w:r w:rsidRPr="0002331A">
        <w:rPr>
          <w:rStyle w:val="af6"/>
          <w:rFonts w:ascii="Times New Roman" w:hAnsi="Times New Roman" w:cs="Times New Roman"/>
          <w:lang w:val="ru-RU"/>
        </w:rPr>
        <w:t>не громкое.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Но оно слушает.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Целиком.</w:t>
      </w:r>
      <w:r w:rsidRPr="0002331A">
        <w:rPr>
          <w:rFonts w:ascii="Times New Roman" w:hAnsi="Times New Roman" w:cs="Times New Roman"/>
          <w:lang w:val="ru-RU"/>
        </w:rPr>
        <w:br/>
      </w:r>
      <w:proofErr w:type="gramStart"/>
      <w:r w:rsidRPr="0002331A">
        <w:rPr>
          <w:rFonts w:ascii="Times New Roman" w:hAnsi="Times New Roman" w:cs="Times New Roman"/>
          <w:lang w:val="ru-RU"/>
        </w:rPr>
        <w:t>И</w:t>
      </w:r>
      <w:proofErr w:type="gramEnd"/>
      <w:r w:rsidRPr="0002331A">
        <w:rPr>
          <w:rFonts w:ascii="Times New Roman" w:hAnsi="Times New Roman" w:cs="Times New Roman"/>
          <w:lang w:val="ru-RU"/>
        </w:rPr>
        <w:t xml:space="preserve"> если молчать здесь долго,</w:t>
      </w:r>
      <w:r w:rsidRPr="0002331A">
        <w:rPr>
          <w:rFonts w:ascii="Times New Roman" w:hAnsi="Times New Roman" w:cs="Times New Roman"/>
          <w:lang w:val="ru-RU"/>
        </w:rPr>
        <w:br/>
        <w:t>начинаешь чувствовать,</w:t>
      </w:r>
      <w:r w:rsidRPr="0002331A">
        <w:rPr>
          <w:rFonts w:ascii="Times New Roman" w:hAnsi="Times New Roman" w:cs="Times New Roman"/>
          <w:lang w:val="ru-RU"/>
        </w:rPr>
        <w:br/>
        <w:t xml:space="preserve">что </w:t>
      </w:r>
      <w:r w:rsidRPr="0002331A">
        <w:rPr>
          <w:rStyle w:val="af6"/>
          <w:rFonts w:ascii="Times New Roman" w:hAnsi="Times New Roman" w:cs="Times New Roman"/>
          <w:lang w:val="ru-RU"/>
        </w:rPr>
        <w:t>внутри тебя тоже кто-то слушает.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D41A03" w:rsidRDefault="00D41A03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686629" cy="3686629"/>
            <wp:effectExtent l="0" t="0" r="0" b="0"/>
            <wp:docPr id="29" name="Рисунок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9" name="Рисунок 1074015577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90262" cy="3690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1A03" w:rsidRDefault="00D41A03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назвала это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«Островом под лестницей».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С тех пор это место стало для них </w:t>
      </w:r>
      <w:r w:rsidRPr="0002331A">
        <w:rPr>
          <w:rStyle w:val="af6"/>
          <w:rFonts w:ascii="Times New Roman" w:hAnsi="Times New Roman" w:cs="Times New Roman"/>
          <w:lang w:val="ru-RU"/>
        </w:rPr>
        <w:t>святым</w:t>
      </w:r>
      <w:r w:rsidRPr="0002331A">
        <w:rPr>
          <w:rFonts w:ascii="Times New Roman" w:hAnsi="Times New Roman" w:cs="Times New Roman"/>
          <w:lang w:val="ru-RU"/>
        </w:rPr>
        <w:t>.</w:t>
      </w:r>
      <w:r w:rsidRPr="0002331A">
        <w:rPr>
          <w:rFonts w:ascii="Times New Roman" w:hAnsi="Times New Roman" w:cs="Times New Roman"/>
          <w:lang w:val="ru-RU"/>
        </w:rPr>
        <w:br/>
        <w:t>Не в смысле церковным,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  <w:lang w:val="ru-RU"/>
        </w:rPr>
        <w:lastRenderedPageBreak/>
        <w:t>а в смысле —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настоящим, тёплым, глубоким.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не приносили туда телефоны.</w:t>
      </w:r>
      <w:r w:rsidRPr="0002331A">
        <w:rPr>
          <w:rFonts w:ascii="Times New Roman" w:hAnsi="Times New Roman" w:cs="Times New Roman"/>
          <w:lang w:val="ru-RU"/>
        </w:rPr>
        <w:br/>
        <w:t>Не жевали жвачки.</w:t>
      </w:r>
      <w:r w:rsidRPr="0002331A">
        <w:rPr>
          <w:rFonts w:ascii="Times New Roman" w:hAnsi="Times New Roman" w:cs="Times New Roman"/>
          <w:lang w:val="ru-RU"/>
        </w:rPr>
        <w:br/>
        <w:t>Не шутили.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просто садились.</w:t>
      </w:r>
      <w:r w:rsidRPr="0002331A">
        <w:rPr>
          <w:rFonts w:ascii="Times New Roman" w:hAnsi="Times New Roman" w:cs="Times New Roman"/>
          <w:lang w:val="ru-RU"/>
        </w:rPr>
        <w:br/>
        <w:t>Молчали.</w:t>
      </w:r>
      <w:r w:rsidRPr="0002331A">
        <w:rPr>
          <w:rFonts w:ascii="Times New Roman" w:hAnsi="Times New Roman" w:cs="Times New Roman"/>
          <w:lang w:val="ru-RU"/>
        </w:rPr>
        <w:br/>
        <w:t>И через какое-то время —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чувствовали, что стали чище.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Как будто там кто-то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умывал их изнутри.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Так появилась игра,</w:t>
      </w:r>
      <w:r w:rsidRPr="0002331A">
        <w:rPr>
          <w:rFonts w:ascii="Times New Roman" w:hAnsi="Times New Roman" w:cs="Times New Roman"/>
          <w:lang w:val="ru-RU"/>
        </w:rPr>
        <w:br/>
        <w:t>в которую не играют —</w:t>
      </w:r>
      <w:r w:rsidRPr="0002331A">
        <w:rPr>
          <w:rFonts w:ascii="Times New Roman" w:hAnsi="Times New Roman" w:cs="Times New Roman"/>
          <w:lang w:val="ru-RU"/>
        </w:rPr>
        <w:br/>
        <w:t xml:space="preserve">а </w:t>
      </w:r>
      <w:r w:rsidRPr="0002331A">
        <w:rPr>
          <w:rStyle w:val="af6"/>
          <w:rFonts w:ascii="Times New Roman" w:hAnsi="Times New Roman" w:cs="Times New Roman"/>
          <w:lang w:val="ru-RU"/>
        </w:rPr>
        <w:t>входят: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«Найди своё место, где тебя слушает сам Творец».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У каждого оно — своё.</w:t>
      </w:r>
      <w:r w:rsidRPr="0002331A">
        <w:rPr>
          <w:rFonts w:ascii="Times New Roman" w:hAnsi="Times New Roman" w:cs="Times New Roman"/>
          <w:lang w:val="ru-RU"/>
        </w:rPr>
        <w:br/>
        <w:t>Но всегда есть.</w:t>
      </w:r>
      <w:r w:rsidRPr="0002331A">
        <w:rPr>
          <w:rFonts w:ascii="Times New Roman" w:hAnsi="Times New Roman" w:cs="Times New Roman"/>
          <w:lang w:val="ru-RU"/>
        </w:rPr>
        <w:br/>
        <w:t>Иногда — под лестницей.</w:t>
      </w:r>
      <w:r w:rsidRPr="0002331A">
        <w:rPr>
          <w:rFonts w:ascii="Times New Roman" w:hAnsi="Times New Roman" w:cs="Times New Roman"/>
          <w:lang w:val="ru-RU"/>
        </w:rPr>
        <w:br/>
        <w:t>Иногда — в кладовке.</w:t>
      </w:r>
      <w:r w:rsidRPr="0002331A">
        <w:rPr>
          <w:rFonts w:ascii="Times New Roman" w:hAnsi="Times New Roman" w:cs="Times New Roman"/>
          <w:lang w:val="ru-RU"/>
        </w:rPr>
        <w:br/>
        <w:t>Иногда — в самом себе.</w:t>
      </w:r>
    </w:p>
    <w:p w:rsidR="00D41A03" w:rsidRDefault="00D41A03">
      <w:pPr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D41A03" w:rsidRDefault="0002331A" w:rsidP="004C05D9">
      <w:pPr>
        <w:pStyle w:val="21"/>
        <w:spacing w:line="240" w:lineRule="auto"/>
        <w:contextualSpacing/>
        <w:rPr>
          <w:lang w:val="ru-RU"/>
        </w:rPr>
      </w:pPr>
      <w:r w:rsidRPr="00D41A03">
        <w:rPr>
          <w:rStyle w:val="af6"/>
          <w:b/>
          <w:bCs/>
          <w:lang w:val="ru-RU"/>
        </w:rPr>
        <w:lastRenderedPageBreak/>
        <w:t>Глава 5. Когда тебя слышат даже стены</w:t>
      </w:r>
      <w:r w:rsidR="004C05D9" w:rsidRPr="00D41A03">
        <w:rPr>
          <w:rStyle w:val="af6"/>
          <w:b/>
          <w:bCs/>
          <w:lang w:val="ru-RU"/>
        </w:rPr>
        <w:t xml:space="preserve"> </w:t>
      </w:r>
      <w:r w:rsidR="00D41A03">
        <w:rPr>
          <w:rStyle w:val="af6"/>
          <w:b/>
          <w:bCs/>
          <w:lang w:val="ru-RU"/>
        </w:rPr>
        <w:t xml:space="preserve">            </w:t>
      </w:r>
      <w:proofErr w:type="gramStart"/>
      <w:r w:rsidR="00D41A03">
        <w:rPr>
          <w:rStyle w:val="af6"/>
          <w:b/>
          <w:bCs/>
          <w:lang w:val="ru-RU"/>
        </w:rPr>
        <w:t xml:space="preserve">   </w:t>
      </w:r>
      <w:r w:rsidRPr="00D41A03">
        <w:rPr>
          <w:rStyle w:val="af7"/>
          <w:i w:val="0"/>
          <w:iCs w:val="0"/>
          <w:lang w:val="ru-RU"/>
        </w:rPr>
        <w:t>(</w:t>
      </w:r>
      <w:proofErr w:type="gramEnd"/>
      <w:r w:rsidRPr="00D41A03">
        <w:rPr>
          <w:rStyle w:val="af7"/>
          <w:i w:val="0"/>
          <w:iCs w:val="0"/>
          <w:lang w:val="ru-RU"/>
        </w:rPr>
        <w:t>и почему иногда лучше молчать не только ртом, но и сердцем)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Школа была обычной.</w:t>
      </w:r>
      <w:r w:rsidRPr="0002331A">
        <w:rPr>
          <w:rFonts w:ascii="Times New Roman" w:hAnsi="Times New Roman" w:cs="Times New Roman"/>
          <w:lang w:val="ru-RU"/>
        </w:rPr>
        <w:br/>
        <w:t>Старой.</w:t>
      </w:r>
      <w:r w:rsidRPr="0002331A">
        <w:rPr>
          <w:rFonts w:ascii="Times New Roman" w:hAnsi="Times New Roman" w:cs="Times New Roman"/>
          <w:lang w:val="ru-RU"/>
        </w:rPr>
        <w:br/>
        <w:t>С запахом пыли, тряпки и пирожков из столовой.</w:t>
      </w:r>
      <w:r w:rsidRPr="0002331A">
        <w:rPr>
          <w:rFonts w:ascii="Times New Roman" w:hAnsi="Times New Roman" w:cs="Times New Roman"/>
          <w:lang w:val="ru-RU"/>
        </w:rPr>
        <w:br/>
        <w:t>Но у неё был один секрет: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в ней что-то знало, кто ты.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Ваня заметил первым.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— Заметили, </w:t>
      </w:r>
      <w:proofErr w:type="gramStart"/>
      <w:r w:rsidRPr="0002331A">
        <w:rPr>
          <w:rFonts w:ascii="Times New Roman" w:hAnsi="Times New Roman" w:cs="Times New Roman"/>
          <w:lang w:val="ru-RU"/>
        </w:rPr>
        <w:t>что</w:t>
      </w:r>
      <w:proofErr w:type="gramEnd"/>
      <w:r w:rsidRPr="0002331A">
        <w:rPr>
          <w:rFonts w:ascii="Times New Roman" w:hAnsi="Times New Roman" w:cs="Times New Roman"/>
          <w:lang w:val="ru-RU"/>
        </w:rPr>
        <w:t xml:space="preserve"> когда мы злимся — лампы начинают мигать?</w:t>
      </w:r>
      <w:r w:rsidRPr="0002331A">
        <w:rPr>
          <w:rFonts w:ascii="Times New Roman" w:hAnsi="Times New Roman" w:cs="Times New Roman"/>
          <w:lang w:val="ru-RU"/>
        </w:rPr>
        <w:br/>
        <w:t>— И когда радуемся — скрип половиц становится тихим, почти как музыка? — добавила Анфиса.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кивнул.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Стены — это не просто штукатурка.</w:t>
      </w:r>
      <w:r w:rsidRPr="0002331A">
        <w:rPr>
          <w:rFonts w:ascii="Times New Roman" w:hAnsi="Times New Roman" w:cs="Times New Roman"/>
          <w:lang w:val="ru-RU"/>
        </w:rPr>
        <w:br/>
        <w:t xml:space="preserve">Это </w:t>
      </w:r>
      <w:r w:rsidRPr="0002331A">
        <w:rPr>
          <w:rStyle w:val="af6"/>
          <w:rFonts w:ascii="Times New Roman" w:hAnsi="Times New Roman" w:cs="Times New Roman"/>
          <w:lang w:val="ru-RU"/>
        </w:rPr>
        <w:t>память.</w:t>
      </w:r>
      <w:r w:rsidRPr="0002331A">
        <w:rPr>
          <w:rFonts w:ascii="Times New Roman" w:hAnsi="Times New Roman" w:cs="Times New Roman"/>
          <w:lang w:val="ru-RU"/>
        </w:rPr>
        <w:br/>
        <w:t>Они помнят,</w:t>
      </w:r>
      <w:r w:rsidRPr="0002331A">
        <w:rPr>
          <w:rFonts w:ascii="Times New Roman" w:hAnsi="Times New Roman" w:cs="Times New Roman"/>
          <w:lang w:val="ru-RU"/>
        </w:rPr>
        <w:br/>
        <w:t>кто здесь боялся,</w:t>
      </w:r>
      <w:r w:rsidRPr="0002331A">
        <w:rPr>
          <w:rFonts w:ascii="Times New Roman" w:hAnsi="Times New Roman" w:cs="Times New Roman"/>
          <w:lang w:val="ru-RU"/>
        </w:rPr>
        <w:br/>
        <w:t>кто любил,</w:t>
      </w:r>
      <w:r w:rsidRPr="0002331A">
        <w:rPr>
          <w:rFonts w:ascii="Times New Roman" w:hAnsi="Times New Roman" w:cs="Times New Roman"/>
          <w:lang w:val="ru-RU"/>
        </w:rPr>
        <w:br/>
        <w:t>кто плакал в углу.</w:t>
      </w:r>
      <w:r w:rsidRPr="0002331A">
        <w:rPr>
          <w:rFonts w:ascii="Times New Roman" w:hAnsi="Times New Roman" w:cs="Times New Roman"/>
          <w:lang w:val="ru-RU"/>
        </w:rPr>
        <w:br/>
        <w:t xml:space="preserve">Они — </w:t>
      </w:r>
      <w:r w:rsidRPr="0002331A">
        <w:rPr>
          <w:rStyle w:val="af6"/>
          <w:rFonts w:ascii="Times New Roman" w:hAnsi="Times New Roman" w:cs="Times New Roman"/>
          <w:lang w:val="ru-RU"/>
        </w:rPr>
        <w:t>тихие свидетели.</w:t>
      </w:r>
      <w:r w:rsidRPr="0002331A">
        <w:rPr>
          <w:rFonts w:ascii="Times New Roman" w:hAnsi="Times New Roman" w:cs="Times New Roman"/>
          <w:lang w:val="ru-RU"/>
        </w:rPr>
        <w:br/>
      </w:r>
      <w:proofErr w:type="gramStart"/>
      <w:r w:rsidRPr="0002331A">
        <w:rPr>
          <w:rFonts w:ascii="Times New Roman" w:hAnsi="Times New Roman" w:cs="Times New Roman"/>
          <w:lang w:val="ru-RU"/>
        </w:rPr>
        <w:t>И</w:t>
      </w:r>
      <w:proofErr w:type="gramEnd"/>
      <w:r w:rsidRPr="0002331A">
        <w:rPr>
          <w:rFonts w:ascii="Times New Roman" w:hAnsi="Times New Roman" w:cs="Times New Roman"/>
          <w:lang w:val="ru-RU"/>
        </w:rPr>
        <w:t xml:space="preserve"> если ты рядом с ними </w:t>
      </w:r>
      <w:r w:rsidRPr="0002331A">
        <w:rPr>
          <w:rStyle w:val="af6"/>
          <w:rFonts w:ascii="Times New Roman" w:hAnsi="Times New Roman" w:cs="Times New Roman"/>
          <w:lang w:val="ru-RU"/>
        </w:rPr>
        <w:t>по-настоящему</w:t>
      </w:r>
      <w:r w:rsidRPr="0002331A">
        <w:rPr>
          <w:rFonts w:ascii="Times New Roman" w:hAnsi="Times New Roman" w:cs="Times New Roman"/>
          <w:lang w:val="ru-RU"/>
        </w:rPr>
        <w:t xml:space="preserve"> —</w:t>
      </w:r>
      <w:r w:rsidRPr="0002331A">
        <w:rPr>
          <w:rFonts w:ascii="Times New Roman" w:hAnsi="Times New Roman" w:cs="Times New Roman"/>
          <w:lang w:val="ru-RU"/>
        </w:rPr>
        <w:br/>
        <w:t>они откликаются.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решили проверить.</w:t>
      </w:r>
      <w:r w:rsidRPr="0002331A">
        <w:rPr>
          <w:rFonts w:ascii="Times New Roman" w:hAnsi="Times New Roman" w:cs="Times New Roman"/>
          <w:lang w:val="ru-RU"/>
        </w:rPr>
        <w:br/>
        <w:t>Зашли в старый кабинет рисования.</w:t>
      </w:r>
      <w:r w:rsidRPr="0002331A">
        <w:rPr>
          <w:rFonts w:ascii="Times New Roman" w:hAnsi="Times New Roman" w:cs="Times New Roman"/>
          <w:lang w:val="ru-RU"/>
        </w:rPr>
        <w:br/>
        <w:t>Там никого не было.</w:t>
      </w:r>
      <w:r w:rsidRPr="0002331A">
        <w:rPr>
          <w:rFonts w:ascii="Times New Roman" w:hAnsi="Times New Roman" w:cs="Times New Roman"/>
          <w:lang w:val="ru-RU"/>
        </w:rPr>
        <w:br/>
        <w:t>Только пыль в солнечном свете.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положил ладонь на стену.</w:t>
      </w:r>
      <w:r w:rsidRPr="0002331A">
        <w:rPr>
          <w:rFonts w:ascii="Times New Roman" w:hAnsi="Times New Roman" w:cs="Times New Roman"/>
          <w:lang w:val="ru-RU"/>
        </w:rPr>
        <w:br/>
        <w:t>Молча.</w:t>
      </w:r>
      <w:r w:rsidRPr="0002331A">
        <w:rPr>
          <w:rFonts w:ascii="Times New Roman" w:hAnsi="Times New Roman" w:cs="Times New Roman"/>
          <w:lang w:val="ru-RU"/>
        </w:rPr>
        <w:br/>
        <w:t>Закрыл глаза.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Через минуту он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Здесь кто-то рисовал ангела.</w:t>
      </w:r>
      <w:r w:rsidRPr="0002331A">
        <w:rPr>
          <w:rFonts w:ascii="Times New Roman" w:hAnsi="Times New Roman" w:cs="Times New Roman"/>
          <w:lang w:val="ru-RU"/>
        </w:rPr>
        <w:br/>
        <w:t>Но не на бумаге.</w:t>
      </w:r>
      <w:r w:rsidRPr="0002331A">
        <w:rPr>
          <w:rFonts w:ascii="Times New Roman" w:hAnsi="Times New Roman" w:cs="Times New Roman"/>
          <w:lang w:val="ru-RU"/>
        </w:rPr>
        <w:br/>
        <w:t>Внутри себя.</w:t>
      </w:r>
      <w:r w:rsidRPr="0002331A">
        <w:rPr>
          <w:rFonts w:ascii="Times New Roman" w:hAnsi="Times New Roman" w:cs="Times New Roman"/>
          <w:lang w:val="ru-RU"/>
        </w:rPr>
        <w:br/>
        <w:t xml:space="preserve">Чтобы </w:t>
      </w:r>
      <w:r w:rsidRPr="0002331A">
        <w:rPr>
          <w:rStyle w:val="af6"/>
          <w:rFonts w:ascii="Times New Roman" w:hAnsi="Times New Roman" w:cs="Times New Roman"/>
          <w:lang w:val="ru-RU"/>
        </w:rPr>
        <w:t>хоть где-то была доброта.</w:t>
      </w:r>
    </w:p>
    <w:p w:rsidR="00E4533D" w:rsidRDefault="00E4533D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30" name="Рисунок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Рисунок 141512766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прошептала: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Это моя сестра. Она раньше здесь училась.</w:t>
      </w:r>
      <w:r w:rsidRPr="0002331A">
        <w:rPr>
          <w:rFonts w:ascii="Times New Roman" w:hAnsi="Times New Roman" w:cs="Times New Roman"/>
          <w:lang w:val="ru-RU"/>
        </w:rPr>
        <w:br/>
        <w:t>Всегда приходила одна.</w:t>
      </w:r>
      <w:r w:rsidRPr="0002331A">
        <w:rPr>
          <w:rFonts w:ascii="Times New Roman" w:hAnsi="Times New Roman" w:cs="Times New Roman"/>
          <w:lang w:val="ru-RU"/>
        </w:rPr>
        <w:br/>
        <w:t>И говорила, что рисует там, где светит изнутри.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Ваня встал у другой стены.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А тут… кто-то прятался. От всех.</w:t>
      </w:r>
      <w:r w:rsidRPr="0002331A">
        <w:rPr>
          <w:rFonts w:ascii="Times New Roman" w:hAnsi="Times New Roman" w:cs="Times New Roman"/>
          <w:lang w:val="ru-RU"/>
        </w:rPr>
        <w:br/>
        <w:t>Но стена его обняла.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смотрели друг на друга.</w:t>
      </w:r>
      <w:r w:rsidRPr="0002331A">
        <w:rPr>
          <w:rFonts w:ascii="Times New Roman" w:hAnsi="Times New Roman" w:cs="Times New Roman"/>
          <w:lang w:val="ru-RU"/>
        </w:rPr>
        <w:br/>
        <w:t>И поняли: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Style w:val="af6"/>
          <w:rFonts w:ascii="Times New Roman" w:hAnsi="Times New Roman" w:cs="Times New Roman"/>
          <w:lang w:val="ru-RU"/>
        </w:rPr>
        <w:t>всё слышит.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Всё.</w:t>
      </w:r>
      <w:r w:rsidRPr="0002331A">
        <w:rPr>
          <w:rFonts w:ascii="Times New Roman" w:hAnsi="Times New Roman" w:cs="Times New Roman"/>
          <w:lang w:val="ru-RU"/>
        </w:rPr>
        <w:br/>
        <w:t xml:space="preserve">Просто обычно — </w:t>
      </w:r>
      <w:r w:rsidRPr="0002331A">
        <w:rPr>
          <w:rStyle w:val="af6"/>
          <w:rFonts w:ascii="Times New Roman" w:hAnsi="Times New Roman" w:cs="Times New Roman"/>
          <w:lang w:val="ru-RU"/>
        </w:rPr>
        <w:t>мы слишком шумим, чтобы услышать, как нас слышат.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С тех пор появилась ещё одна игра: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«Молчи с уважением — и послушай, как тебя помнит пространство».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Это была </w:t>
      </w:r>
      <w:r w:rsidRPr="0002331A">
        <w:rPr>
          <w:rStyle w:val="af6"/>
          <w:rFonts w:ascii="Times New Roman" w:hAnsi="Times New Roman" w:cs="Times New Roman"/>
          <w:lang w:val="ru-RU"/>
        </w:rPr>
        <w:t>игра-прощение</w:t>
      </w:r>
      <w:r w:rsidRPr="0002331A">
        <w:rPr>
          <w:rFonts w:ascii="Times New Roman" w:hAnsi="Times New Roman" w:cs="Times New Roman"/>
          <w:lang w:val="ru-RU"/>
        </w:rPr>
        <w:t>.</w:t>
      </w:r>
      <w:r w:rsidRPr="0002331A">
        <w:rPr>
          <w:rFonts w:ascii="Times New Roman" w:hAnsi="Times New Roman" w:cs="Times New Roman"/>
          <w:lang w:val="ru-RU"/>
        </w:rPr>
        <w:br/>
        <w:t>Там, где они раньше злились —</w:t>
      </w:r>
      <w:r w:rsidRPr="0002331A">
        <w:rPr>
          <w:rFonts w:ascii="Times New Roman" w:hAnsi="Times New Roman" w:cs="Times New Roman"/>
          <w:lang w:val="ru-RU"/>
        </w:rPr>
        <w:br/>
        <w:t>теперь молчали.</w:t>
      </w:r>
      <w:r w:rsidRPr="0002331A">
        <w:rPr>
          <w:rFonts w:ascii="Times New Roman" w:hAnsi="Times New Roman" w:cs="Times New Roman"/>
          <w:lang w:val="ru-RU"/>
        </w:rPr>
        <w:br/>
        <w:t>Там, где раньше бросали портфель —</w:t>
      </w:r>
      <w:r w:rsidRPr="0002331A">
        <w:rPr>
          <w:rFonts w:ascii="Times New Roman" w:hAnsi="Times New Roman" w:cs="Times New Roman"/>
          <w:lang w:val="ru-RU"/>
        </w:rPr>
        <w:br/>
        <w:t>теперь садились в тишине.</w:t>
      </w:r>
      <w:r w:rsidRPr="0002331A">
        <w:rPr>
          <w:rFonts w:ascii="Times New Roman" w:hAnsi="Times New Roman" w:cs="Times New Roman"/>
          <w:lang w:val="ru-RU"/>
        </w:rPr>
        <w:br/>
        <w:t xml:space="preserve">Потому что </w:t>
      </w:r>
      <w:r w:rsidRPr="0002331A">
        <w:rPr>
          <w:rStyle w:val="af6"/>
          <w:rFonts w:ascii="Times New Roman" w:hAnsi="Times New Roman" w:cs="Times New Roman"/>
          <w:lang w:val="ru-RU"/>
        </w:rPr>
        <w:t>они знали — стены слышат.</w:t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если относиться к ним,</w:t>
      </w:r>
      <w:r w:rsidRPr="0002331A">
        <w:rPr>
          <w:rFonts w:ascii="Times New Roman" w:hAnsi="Times New Roman" w:cs="Times New Roman"/>
          <w:lang w:val="ru-RU"/>
        </w:rPr>
        <w:br/>
        <w:t>как к живым…</w:t>
      </w:r>
      <w:r w:rsidRPr="0002331A">
        <w:rPr>
          <w:rFonts w:ascii="Times New Roman" w:hAnsi="Times New Roman" w:cs="Times New Roman"/>
          <w:lang w:val="ru-RU"/>
        </w:rPr>
        <w:br/>
      </w:r>
    </w:p>
    <w:p w:rsidR="004C05D9" w:rsidRDefault="004C05D9" w:rsidP="004C05D9">
      <w:pPr>
        <w:spacing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  <w:r>
        <w:rPr>
          <w:rStyle w:val="af6"/>
          <w:rFonts w:ascii="Times New Roman" w:hAnsi="Times New Roman" w:cs="Times New Roman"/>
          <w:lang w:val="ru-RU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6. </w:t>
      </w:r>
      <w:proofErr w:type="spellStart"/>
      <w:r w:rsidRPr="004C05D9">
        <w:rPr>
          <w:rStyle w:val="af6"/>
          <w:b/>
          <w:bCs/>
        </w:rPr>
        <w:t>Вещи</w:t>
      </w:r>
      <w:proofErr w:type="spellEnd"/>
      <w:r w:rsidRPr="004C05D9">
        <w:rPr>
          <w:rStyle w:val="af6"/>
          <w:b/>
          <w:bCs/>
        </w:rPr>
        <w:t xml:space="preserve">, </w:t>
      </w:r>
      <w:proofErr w:type="spellStart"/>
      <w:r w:rsidRPr="004C05D9">
        <w:rPr>
          <w:rStyle w:val="af6"/>
          <w:b/>
          <w:bCs/>
        </w:rPr>
        <w:t>которые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тебя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помнят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почему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иногда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ты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находишь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то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что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ищешь</w:t>
      </w:r>
      <w:proofErr w:type="spellEnd"/>
      <w:r w:rsidRPr="004C05D9">
        <w:rPr>
          <w:rStyle w:val="af7"/>
          <w:i w:val="0"/>
          <w:iCs w:val="0"/>
        </w:rPr>
        <w:t xml:space="preserve"> — а </w:t>
      </w:r>
      <w:proofErr w:type="spellStart"/>
      <w:r w:rsidRPr="004C05D9">
        <w:rPr>
          <w:rStyle w:val="af7"/>
          <w:i w:val="0"/>
          <w:iCs w:val="0"/>
        </w:rPr>
        <w:t>того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кто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тебя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ждал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Однажды Ваня потерял перчатку.</w:t>
      </w:r>
      <w:r w:rsidRPr="0002331A">
        <w:rPr>
          <w:rFonts w:ascii="Times New Roman" w:hAnsi="Times New Roman" w:cs="Times New Roman"/>
          <w:lang w:val="ru-RU"/>
        </w:rPr>
        <w:br/>
        <w:t>Ту самую, оранжев</w:t>
      </w:r>
      <w:r w:rsidR="00D26E37">
        <w:rPr>
          <w:rFonts w:ascii="Times New Roman" w:hAnsi="Times New Roman" w:cs="Times New Roman"/>
          <w:lang w:val="ru-RU"/>
        </w:rPr>
        <w:t>ую</w:t>
      </w:r>
      <w:r w:rsidRPr="0002331A">
        <w:rPr>
          <w:rFonts w:ascii="Times New Roman" w:hAnsi="Times New Roman" w:cs="Times New Roman"/>
          <w:lang w:val="ru-RU"/>
        </w:rPr>
        <w:t xml:space="preserve"> </w:t>
      </w:r>
      <w:r w:rsidR="00D26E37">
        <w:rPr>
          <w:rFonts w:ascii="Times New Roman" w:hAnsi="Times New Roman" w:cs="Times New Roman"/>
          <w:lang w:val="ru-RU"/>
        </w:rPr>
        <w:t xml:space="preserve">с синей </w:t>
      </w:r>
      <w:r w:rsidRPr="0002331A">
        <w:rPr>
          <w:rFonts w:ascii="Times New Roman" w:hAnsi="Times New Roman" w:cs="Times New Roman"/>
          <w:lang w:val="ru-RU"/>
        </w:rPr>
        <w:t>полоской.</w:t>
      </w:r>
      <w:r w:rsidRPr="0002331A">
        <w:rPr>
          <w:rFonts w:ascii="Times New Roman" w:hAnsi="Times New Roman" w:cs="Times New Roman"/>
          <w:lang w:val="ru-RU"/>
        </w:rPr>
        <w:br/>
        <w:t>Он искал её два дня.</w:t>
      </w:r>
      <w:r w:rsidRPr="0002331A">
        <w:rPr>
          <w:rFonts w:ascii="Times New Roman" w:hAnsi="Times New Roman" w:cs="Times New Roman"/>
          <w:lang w:val="ru-RU"/>
        </w:rPr>
        <w:br/>
        <w:t>Перерыл всё.</w:t>
      </w:r>
      <w:r w:rsidRPr="0002331A">
        <w:rPr>
          <w:rFonts w:ascii="Times New Roman" w:hAnsi="Times New Roman" w:cs="Times New Roman"/>
          <w:lang w:val="ru-RU"/>
        </w:rPr>
        <w:br/>
        <w:t>Даже заглядывал в портфель одноклассника,</w:t>
      </w:r>
      <w:r w:rsidRPr="0002331A">
        <w:rPr>
          <w:rFonts w:ascii="Times New Roman" w:hAnsi="Times New Roman" w:cs="Times New Roman"/>
          <w:lang w:val="ru-RU"/>
        </w:rPr>
        <w:br/>
        <w:t>на всякий случай.</w:t>
      </w:r>
    </w:p>
    <w:p w:rsidR="0002331A" w:rsidRPr="0002331A" w:rsidRDefault="00D26E3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anchor distT="0" distB="0" distL="114300" distR="114300" simplePos="0" relativeHeight="251658240" behindDoc="0" locked="0" layoutInCell="1" allowOverlap="1" ns6:anchorId="2D7542CC">
            <wp:simplePos x="0" y="0"/>
            <wp:positionH relativeFrom="column">
              <wp:posOffset>79829</wp:posOffset>
            </wp:positionH>
            <wp:positionV relativeFrom="paragraph">
              <wp:posOffset>734423</wp:posOffset>
            </wp:positionV>
            <wp:extent cx="3499200" cy="3499200"/>
            <wp:effectExtent l="0" t="0" r="6350" b="6350"/>
            <wp:wrapSquare wrapText="bothSides"/>
            <wp:docPr id="31" name="Рисунок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1" name="Рисунок 283288408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499200" cy="34992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02331A" w:rsidRPr="0002331A">
        <w:rPr>
          <w:rFonts w:ascii="Times New Roman" w:hAnsi="Times New Roman" w:cs="Times New Roman"/>
          <w:lang w:val="ru-RU"/>
        </w:rPr>
        <w:t>И вот, на третий день,</w:t>
      </w:r>
      <w:r w:rsidR="0002331A" w:rsidRPr="0002331A">
        <w:rPr>
          <w:rFonts w:ascii="Times New Roman" w:hAnsi="Times New Roman" w:cs="Times New Roman"/>
          <w:lang w:val="ru-RU"/>
        </w:rPr>
        <w:br/>
        <w:t>он просто шёл по коридору школы</w:t>
      </w:r>
      <w:r w:rsidR="0002331A" w:rsidRPr="0002331A">
        <w:rPr>
          <w:rFonts w:ascii="Times New Roman" w:hAnsi="Times New Roman" w:cs="Times New Roman"/>
          <w:lang w:val="ru-RU"/>
        </w:rPr>
        <w:br/>
        <w:t xml:space="preserve">и… </w:t>
      </w:r>
      <w:r w:rsidR="0002331A" w:rsidRPr="0002331A">
        <w:rPr>
          <w:rStyle w:val="af6"/>
          <w:rFonts w:ascii="Times New Roman" w:hAnsi="Times New Roman" w:cs="Times New Roman"/>
          <w:lang w:val="ru-RU"/>
        </w:rPr>
        <w:t>увидел её.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На батарее, в уголке,</w:t>
      </w:r>
      <w:r w:rsidRPr="0002331A">
        <w:rPr>
          <w:rFonts w:ascii="Times New Roman" w:hAnsi="Times New Roman" w:cs="Times New Roman"/>
          <w:lang w:val="ru-RU"/>
        </w:rPr>
        <w:br/>
        <w:t>рядом с цветочным горшком,</w:t>
      </w:r>
      <w:r w:rsidRPr="0002331A">
        <w:rPr>
          <w:rFonts w:ascii="Times New Roman" w:hAnsi="Times New Roman" w:cs="Times New Roman"/>
          <w:lang w:val="ru-RU"/>
        </w:rPr>
        <w:br/>
        <w:t xml:space="preserve">где раньше не было </w:t>
      </w:r>
      <w:r w:rsidRPr="0002331A">
        <w:rPr>
          <w:rStyle w:val="af6"/>
          <w:rFonts w:ascii="Times New Roman" w:hAnsi="Times New Roman" w:cs="Times New Roman"/>
          <w:lang w:val="ru-RU"/>
        </w:rPr>
        <w:t>ничего.</w:t>
      </w:r>
    </w:p>
    <w:p w:rsidR="00D26E37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 подошёл.</w:t>
      </w:r>
      <w:r w:rsidRPr="0002331A">
        <w:rPr>
          <w:rFonts w:ascii="Times New Roman" w:hAnsi="Times New Roman" w:cs="Times New Roman"/>
          <w:lang w:val="ru-RU"/>
        </w:rPr>
        <w:br/>
        <w:t>Взял.</w:t>
      </w:r>
      <w:r w:rsidR="00D26E37" w:rsidRPr="00D26E37">
        <w:rPr>
          <w:rFonts w:ascii="Times New Roman" w:hAnsi="Times New Roman" w:cs="Times New Roman"/>
          <w:noProof/>
          <w:lang w:val="ru-RU"/>
        </w:rPr>
        <w:t xml:space="preserve"> </w:t>
      </w:r>
    </w:p>
    <w:p w:rsidR="00D26E37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br/>
        <w:t>И вдруг…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почувствовал, что она его ждала.</w:t>
      </w:r>
      <w:r w:rsidRPr="0002331A">
        <w:rPr>
          <w:rFonts w:ascii="Times New Roman" w:hAnsi="Times New Roman" w:cs="Times New Roman"/>
          <w:lang w:val="ru-RU"/>
        </w:rPr>
        <w:br/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Серьёзно? — удивилась Анфиса.</w:t>
      </w:r>
      <w:r w:rsidRPr="0002331A">
        <w:rPr>
          <w:rFonts w:ascii="Times New Roman" w:hAnsi="Times New Roman" w:cs="Times New Roman"/>
          <w:lang w:val="ru-RU"/>
        </w:rPr>
        <w:br/>
        <w:t>— Вещи тебя ждут?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ответил: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Вещи, к которым ты относился с любовью —</w:t>
      </w:r>
      <w:r w:rsidRPr="0002331A">
        <w:rPr>
          <w:rFonts w:ascii="Times New Roman" w:hAnsi="Times New Roman" w:cs="Times New Roman"/>
          <w:lang w:val="ru-RU"/>
        </w:rPr>
        <w:br/>
        <w:t>не умирают.</w:t>
      </w:r>
      <w:r w:rsidRPr="0002331A">
        <w:rPr>
          <w:rFonts w:ascii="Times New Roman" w:hAnsi="Times New Roman" w:cs="Times New Roman"/>
          <w:lang w:val="ru-RU"/>
        </w:rPr>
        <w:br/>
        <w:t xml:space="preserve">Они </w:t>
      </w:r>
      <w:r w:rsidRPr="0002331A">
        <w:rPr>
          <w:rStyle w:val="af6"/>
          <w:rFonts w:ascii="Times New Roman" w:hAnsi="Times New Roman" w:cs="Times New Roman"/>
          <w:lang w:val="ru-RU"/>
        </w:rPr>
        <w:t>помнят тепло твоих рук,</w:t>
      </w:r>
      <w:r w:rsidRPr="0002331A">
        <w:rPr>
          <w:rFonts w:ascii="Times New Roman" w:hAnsi="Times New Roman" w:cs="Times New Roman"/>
          <w:lang w:val="ru-RU"/>
        </w:rPr>
        <w:br/>
        <w:t>твою благодарность,</w:t>
      </w:r>
      <w:r w:rsidRPr="0002331A">
        <w:rPr>
          <w:rFonts w:ascii="Times New Roman" w:hAnsi="Times New Roman" w:cs="Times New Roman"/>
          <w:lang w:val="ru-RU"/>
        </w:rPr>
        <w:br/>
        <w:t>твою радость.</w:t>
      </w:r>
      <w:r w:rsidRPr="0002331A">
        <w:rPr>
          <w:rFonts w:ascii="Times New Roman" w:hAnsi="Times New Roman" w:cs="Times New Roman"/>
          <w:lang w:val="ru-RU"/>
        </w:rPr>
        <w:br/>
        <w:t>И даже если ты их потерял —</w:t>
      </w:r>
      <w:r w:rsidRPr="0002331A">
        <w:rPr>
          <w:rFonts w:ascii="Times New Roman" w:hAnsi="Times New Roman" w:cs="Times New Roman"/>
          <w:lang w:val="ru-RU"/>
        </w:rPr>
        <w:br/>
        <w:t xml:space="preserve">они могут </w:t>
      </w:r>
      <w:r w:rsidRPr="0002331A">
        <w:rPr>
          <w:rStyle w:val="af6"/>
          <w:rFonts w:ascii="Times New Roman" w:hAnsi="Times New Roman" w:cs="Times New Roman"/>
          <w:lang w:val="ru-RU"/>
        </w:rPr>
        <w:t>найти тебя.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вспомнила, как в детстве</w:t>
      </w:r>
      <w:r w:rsidRPr="0002331A">
        <w:rPr>
          <w:rFonts w:ascii="Times New Roman" w:hAnsi="Times New Roman" w:cs="Times New Roman"/>
          <w:lang w:val="ru-RU"/>
        </w:rPr>
        <w:br/>
        <w:t>потеряла мягкого зайца.</w:t>
      </w:r>
      <w:r w:rsidRPr="0002331A">
        <w:rPr>
          <w:rFonts w:ascii="Times New Roman" w:hAnsi="Times New Roman" w:cs="Times New Roman"/>
          <w:lang w:val="ru-RU"/>
        </w:rPr>
        <w:br/>
        <w:t>Плакала целый день.</w:t>
      </w:r>
      <w:r w:rsidRPr="0002331A">
        <w:rPr>
          <w:rFonts w:ascii="Times New Roman" w:hAnsi="Times New Roman" w:cs="Times New Roman"/>
          <w:lang w:val="ru-RU"/>
        </w:rPr>
        <w:br/>
        <w:t>А потом, через год,</w:t>
      </w:r>
      <w:r w:rsidRPr="0002331A">
        <w:rPr>
          <w:rFonts w:ascii="Times New Roman" w:hAnsi="Times New Roman" w:cs="Times New Roman"/>
          <w:lang w:val="ru-RU"/>
        </w:rPr>
        <w:br/>
        <w:t xml:space="preserve">зайца нашли </w:t>
      </w:r>
      <w:r w:rsidRPr="0002331A">
        <w:rPr>
          <w:rStyle w:val="af6"/>
          <w:rFonts w:ascii="Times New Roman" w:hAnsi="Times New Roman" w:cs="Times New Roman"/>
          <w:lang w:val="ru-RU"/>
        </w:rPr>
        <w:t>на чердаке у бабушки.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— Он был в той же позе, как я его держала…</w:t>
      </w:r>
      <w:r w:rsidRPr="0002331A">
        <w:rPr>
          <w:rFonts w:ascii="Times New Roman" w:hAnsi="Times New Roman" w:cs="Times New Roman"/>
          <w:lang w:val="ru-RU"/>
        </w:rPr>
        <w:br/>
        <w:t>— Значит, он помнил тебя, — сказал Сергей.</w:t>
      </w:r>
      <w:r w:rsidRPr="0002331A">
        <w:rPr>
          <w:rFonts w:ascii="Times New Roman" w:hAnsi="Times New Roman" w:cs="Times New Roman"/>
          <w:lang w:val="ru-RU"/>
        </w:rPr>
        <w:br/>
        <w:t>— Но ведь это просто ткань и вата!</w:t>
      </w:r>
      <w:r w:rsidRPr="0002331A">
        <w:rPr>
          <w:rFonts w:ascii="Times New Roman" w:hAnsi="Times New Roman" w:cs="Times New Roman"/>
          <w:lang w:val="ru-RU"/>
        </w:rPr>
        <w:br/>
        <w:t>— А ты — просто кости и вода?</w:t>
      </w:r>
      <w:r w:rsidRPr="0002331A">
        <w:rPr>
          <w:rFonts w:ascii="Times New Roman" w:hAnsi="Times New Roman" w:cs="Times New Roman"/>
          <w:lang w:val="ru-RU"/>
        </w:rPr>
        <w:br/>
        <w:t>— Нет.</w:t>
      </w:r>
      <w:r w:rsidRPr="0002331A">
        <w:rPr>
          <w:rFonts w:ascii="Times New Roman" w:hAnsi="Times New Roman" w:cs="Times New Roman"/>
          <w:lang w:val="ru-RU"/>
        </w:rPr>
        <w:br/>
        <w:t>— Вот.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</w:rPr>
        <w:t>Значит</w:t>
      </w:r>
      <w:proofErr w:type="spellEnd"/>
      <w:r w:rsidRPr="0002331A">
        <w:rPr>
          <w:rFonts w:ascii="Times New Roman" w:hAnsi="Times New Roman" w:cs="Times New Roman"/>
        </w:rPr>
        <w:t xml:space="preserve">, и у </w:t>
      </w:r>
      <w:proofErr w:type="spellStart"/>
      <w:r w:rsidRPr="0002331A">
        <w:rPr>
          <w:rFonts w:ascii="Times New Roman" w:hAnsi="Times New Roman" w:cs="Times New Roman"/>
        </w:rPr>
        <w:t>него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может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быть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больше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, </w:t>
      </w:r>
      <w:proofErr w:type="spellStart"/>
      <w:r w:rsidRPr="0002331A">
        <w:rPr>
          <w:rStyle w:val="af6"/>
          <w:rFonts w:ascii="Times New Roman" w:hAnsi="Times New Roman" w:cs="Times New Roman"/>
        </w:rPr>
        <w:t>чем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кажется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 тех пор появилась новая игра: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«Посмотри на вещь — и вспомни, что вы друг для друга значили».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играли с: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>— старой курткой,</w:t>
      </w:r>
      <w:r w:rsidRPr="0002331A">
        <w:rPr>
          <w:rFonts w:ascii="Times New Roman" w:hAnsi="Times New Roman" w:cs="Times New Roman"/>
          <w:lang w:val="ru-RU"/>
        </w:rPr>
        <w:br/>
        <w:t>— сломанной ручкой,</w:t>
      </w:r>
      <w:r w:rsidRPr="0002331A">
        <w:rPr>
          <w:rFonts w:ascii="Times New Roman" w:hAnsi="Times New Roman" w:cs="Times New Roman"/>
          <w:lang w:val="ru-RU"/>
        </w:rPr>
        <w:br/>
        <w:t>— разбитой чашкой,</w:t>
      </w:r>
      <w:r w:rsidRPr="0002331A">
        <w:rPr>
          <w:rFonts w:ascii="Times New Roman" w:hAnsi="Times New Roman" w:cs="Times New Roman"/>
          <w:lang w:val="ru-RU"/>
        </w:rPr>
        <w:br/>
        <w:t>— мячом, который больше не прыгал.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вдруг…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вещи начинали сиять.</w:t>
      </w:r>
      <w:r w:rsidRPr="0002331A">
        <w:rPr>
          <w:rFonts w:ascii="Times New Roman" w:hAnsi="Times New Roman" w:cs="Times New Roman"/>
          <w:lang w:val="ru-RU"/>
        </w:rPr>
        <w:br/>
        <w:t>Не внешне.</w:t>
      </w:r>
      <w:r w:rsidRPr="0002331A">
        <w:rPr>
          <w:rFonts w:ascii="Times New Roman" w:hAnsi="Times New Roman" w:cs="Times New Roman"/>
          <w:lang w:val="ru-RU"/>
        </w:rPr>
        <w:br/>
        <w:t xml:space="preserve">А </w:t>
      </w:r>
      <w:r w:rsidRPr="0002331A">
        <w:rPr>
          <w:rStyle w:val="af6"/>
          <w:rFonts w:ascii="Times New Roman" w:hAnsi="Times New Roman" w:cs="Times New Roman"/>
          <w:lang w:val="ru-RU"/>
        </w:rPr>
        <w:t>внутренним светом памяти.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Потому что Свет —</w:t>
      </w:r>
      <w:r w:rsidRPr="0002331A">
        <w:rPr>
          <w:rFonts w:ascii="Times New Roman" w:hAnsi="Times New Roman" w:cs="Times New Roman"/>
          <w:lang w:val="ru-RU"/>
        </w:rPr>
        <w:br/>
        <w:t>живет не только в людях.</w:t>
      </w:r>
      <w:r w:rsidRPr="0002331A">
        <w:rPr>
          <w:rFonts w:ascii="Times New Roman" w:hAnsi="Times New Roman" w:cs="Times New Roman"/>
          <w:lang w:val="ru-RU"/>
        </w:rPr>
        <w:br/>
        <w:t xml:space="preserve">Он живёт </w:t>
      </w:r>
      <w:r w:rsidRPr="0002331A">
        <w:rPr>
          <w:rStyle w:val="af6"/>
          <w:rFonts w:ascii="Times New Roman" w:hAnsi="Times New Roman" w:cs="Times New Roman"/>
          <w:lang w:val="ru-RU"/>
        </w:rPr>
        <w:t>в том, к чему ты относился с душой.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если ты потеряешь что-то дорогое…</w:t>
      </w:r>
      <w:r w:rsidRPr="0002331A">
        <w:rPr>
          <w:rFonts w:ascii="Times New Roman" w:hAnsi="Times New Roman" w:cs="Times New Roman"/>
          <w:lang w:val="ru-RU"/>
        </w:rPr>
        <w:br/>
        <w:t xml:space="preserve">может быть, оно </w:t>
      </w:r>
      <w:r w:rsidRPr="0002331A">
        <w:rPr>
          <w:rStyle w:val="af6"/>
          <w:rFonts w:ascii="Times New Roman" w:hAnsi="Times New Roman" w:cs="Times New Roman"/>
          <w:lang w:val="ru-RU"/>
        </w:rPr>
        <w:t>не ушло.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Оно просто ищет тебя.</w:t>
      </w:r>
    </w:p>
    <w:p w:rsidR="004C05D9" w:rsidRDefault="004C05D9" w:rsidP="004C05D9">
      <w:pPr>
        <w:spacing w:line="240" w:lineRule="auto"/>
        <w:contextualSpacing/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  <w:spacing w:line="240" w:lineRule="auto"/>
        <w:contextualSpacing/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7. </w:t>
      </w:r>
      <w:proofErr w:type="spellStart"/>
      <w:r w:rsidRPr="004C05D9">
        <w:rPr>
          <w:rStyle w:val="af6"/>
          <w:b/>
          <w:bCs/>
        </w:rPr>
        <w:t>Как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стать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находкой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почему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тебя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ищут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даже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те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кто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тебя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никогда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знал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В один из дней</w:t>
      </w:r>
      <w:r w:rsidR="00F54B81">
        <w:rPr>
          <w:rFonts w:ascii="Times New Roman" w:hAnsi="Times New Roman" w:cs="Times New Roman"/>
          <w:lang w:val="ru-RU"/>
        </w:rPr>
        <w:t>, когда выпал первый снег,</w:t>
      </w:r>
      <w:r w:rsidRPr="0002331A">
        <w:rPr>
          <w:rFonts w:ascii="Times New Roman" w:hAnsi="Times New Roman" w:cs="Times New Roman"/>
          <w:lang w:val="ru-RU"/>
        </w:rPr>
        <w:t xml:space="preserve"> Ваня стоял у забора и смотрел вдаль.</w:t>
      </w:r>
      <w:r w:rsidRPr="0002331A">
        <w:rPr>
          <w:rFonts w:ascii="Times New Roman" w:hAnsi="Times New Roman" w:cs="Times New Roman"/>
          <w:lang w:val="ru-RU"/>
        </w:rPr>
        <w:br/>
        <w:t>Он ни о чём не думал.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</w:rPr>
        <w:t>Просто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был</w:t>
      </w:r>
      <w:proofErr w:type="spellEnd"/>
      <w:r w:rsidRPr="0002331A">
        <w:rPr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</w:rPr>
        <w:br/>
      </w:r>
      <w:proofErr w:type="spellStart"/>
      <w:r w:rsidRPr="0002331A">
        <w:rPr>
          <w:rFonts w:ascii="Times New Roman" w:hAnsi="Times New Roman" w:cs="Times New Roman"/>
        </w:rPr>
        <w:t>Просто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дышал</w:t>
      </w:r>
      <w:proofErr w:type="spellEnd"/>
      <w:r w:rsidRPr="0002331A">
        <w:rPr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</w:rPr>
        <w:br/>
      </w:r>
      <w:proofErr w:type="spellStart"/>
      <w:r w:rsidRPr="0002331A">
        <w:rPr>
          <w:rFonts w:ascii="Times New Roman" w:hAnsi="Times New Roman" w:cs="Times New Roman"/>
        </w:rPr>
        <w:t>Просто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стоял</w:t>
      </w:r>
      <w:proofErr w:type="spellEnd"/>
      <w:r w:rsidRPr="0002331A">
        <w:rPr>
          <w:rFonts w:ascii="Times New Roman" w:hAnsi="Times New Roman" w:cs="Times New Roman"/>
        </w:rPr>
        <w:t>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вдруг к нему подошёл незнакомый мальчик.</w:t>
      </w:r>
      <w:r w:rsidRPr="0002331A">
        <w:rPr>
          <w:rFonts w:ascii="Times New Roman" w:hAnsi="Times New Roman" w:cs="Times New Roman"/>
          <w:lang w:val="ru-RU"/>
        </w:rPr>
        <w:br/>
        <w:t>Младше.</w:t>
      </w:r>
      <w:r w:rsidRPr="0002331A">
        <w:rPr>
          <w:rFonts w:ascii="Times New Roman" w:hAnsi="Times New Roman" w:cs="Times New Roman"/>
          <w:lang w:val="ru-RU"/>
        </w:rPr>
        <w:br/>
        <w:t>С носом в веснушках и глазами, в которых было слишком много одиночества.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Ты знаешь, где тут находки? — спросил он.</w:t>
      </w:r>
      <w:r w:rsidRPr="0002331A">
        <w:rPr>
          <w:rFonts w:ascii="Times New Roman" w:hAnsi="Times New Roman" w:cs="Times New Roman"/>
          <w:lang w:val="ru-RU"/>
        </w:rPr>
        <w:br/>
        <w:t>— В смысле?</w:t>
      </w:r>
      <w:r w:rsidRPr="0002331A">
        <w:rPr>
          <w:rFonts w:ascii="Times New Roman" w:hAnsi="Times New Roman" w:cs="Times New Roman"/>
          <w:lang w:val="ru-RU"/>
        </w:rPr>
        <w:br/>
        <w:t>— Ну… такие, которых все теряют, а потом находят.</w:t>
      </w:r>
      <w:r w:rsidRPr="0002331A">
        <w:rPr>
          <w:rFonts w:ascii="Times New Roman" w:hAnsi="Times New Roman" w:cs="Times New Roman"/>
          <w:lang w:val="ru-RU"/>
        </w:rPr>
        <w:br/>
        <w:t>— Например?</w:t>
      </w:r>
      <w:r w:rsidRPr="0002331A">
        <w:rPr>
          <w:rFonts w:ascii="Times New Roman" w:hAnsi="Times New Roman" w:cs="Times New Roman"/>
          <w:lang w:val="ru-RU"/>
        </w:rPr>
        <w:br/>
        <w:t>— Ну… доброта. Или папа. Или смех.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Ваня не знал, что ответить.</w:t>
      </w:r>
      <w:r w:rsidRPr="0002331A">
        <w:rPr>
          <w:rFonts w:ascii="Times New Roman" w:hAnsi="Times New Roman" w:cs="Times New Roman"/>
          <w:lang w:val="ru-RU"/>
        </w:rPr>
        <w:br/>
        <w:t>Он посмотрел в небо.</w:t>
      </w:r>
      <w:r w:rsidRPr="0002331A">
        <w:rPr>
          <w:rFonts w:ascii="Times New Roman" w:hAnsi="Times New Roman" w:cs="Times New Roman"/>
          <w:lang w:val="ru-RU"/>
        </w:rPr>
        <w:br/>
        <w:t>Потом — на свои руки.</w:t>
      </w:r>
      <w:r w:rsidRPr="0002331A">
        <w:rPr>
          <w:rFonts w:ascii="Times New Roman" w:hAnsi="Times New Roman" w:cs="Times New Roman"/>
          <w:lang w:val="ru-RU"/>
        </w:rPr>
        <w:br/>
        <w:t>Потом — на этого мальчика.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Может быть, я — находка.</w:t>
      </w:r>
      <w:r w:rsidRPr="0002331A">
        <w:rPr>
          <w:rFonts w:ascii="Times New Roman" w:hAnsi="Times New Roman" w:cs="Times New Roman"/>
          <w:lang w:val="ru-RU"/>
        </w:rPr>
        <w:br/>
        <w:t>— Ты?</w:t>
      </w:r>
      <w:r w:rsidRPr="0002331A">
        <w:rPr>
          <w:rFonts w:ascii="Times New Roman" w:hAnsi="Times New Roman" w:cs="Times New Roman"/>
          <w:lang w:val="ru-RU"/>
        </w:rPr>
        <w:br/>
        <w:t>— Ну да.</w:t>
      </w:r>
      <w:r w:rsidRPr="0002331A">
        <w:rPr>
          <w:rFonts w:ascii="Times New Roman" w:hAnsi="Times New Roman" w:cs="Times New Roman"/>
          <w:lang w:val="ru-RU"/>
        </w:rPr>
        <w:br/>
        <w:t>Я сам не знал, что я нужен,</w:t>
      </w:r>
      <w:r w:rsidRPr="0002331A">
        <w:rPr>
          <w:rFonts w:ascii="Times New Roman" w:hAnsi="Times New Roman" w:cs="Times New Roman"/>
          <w:lang w:val="ru-RU"/>
        </w:rPr>
        <w:br/>
        <w:t>пока меня кто-то не нашёл.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02331A">
        <w:rPr>
          <w:rFonts w:ascii="Times New Roman" w:hAnsi="Times New Roman" w:cs="Times New Roman"/>
          <w:lang w:val="ru-RU"/>
        </w:rPr>
        <w:t>Мальчик долго смотрел на него.</w:t>
      </w:r>
      <w:r w:rsidRPr="0002331A">
        <w:rPr>
          <w:rFonts w:ascii="Times New Roman" w:hAnsi="Times New Roman" w:cs="Times New Roman"/>
          <w:lang w:val="ru-RU"/>
        </w:rPr>
        <w:br/>
        <w:t>А потом просто взял за руку.</w:t>
      </w:r>
      <w:r w:rsidRPr="0002331A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</w:rPr>
        <w:t>Молча</w:t>
      </w:r>
      <w:proofErr w:type="spellEnd"/>
      <w:r w:rsidRPr="0002331A">
        <w:rPr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</w:rPr>
        <w:br/>
      </w:r>
      <w:proofErr w:type="spellStart"/>
      <w:r w:rsidRPr="0002331A">
        <w:rPr>
          <w:rFonts w:ascii="Times New Roman" w:hAnsi="Times New Roman" w:cs="Times New Roman"/>
        </w:rPr>
        <w:t>Тепло</w:t>
      </w:r>
      <w:proofErr w:type="spellEnd"/>
      <w:r w:rsidRPr="0002331A">
        <w:rPr>
          <w:rFonts w:ascii="Times New Roman" w:hAnsi="Times New Roman" w:cs="Times New Roman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AC4B17" w:rsidRDefault="00AC4B17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32" name="Рисунок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Рисунок 1496484617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Когда Ваня рассказал об этом Анфисе и Сергею,</w:t>
      </w:r>
      <w:r w:rsidRPr="0002331A">
        <w:rPr>
          <w:rFonts w:ascii="Times New Roman" w:hAnsi="Times New Roman" w:cs="Times New Roman"/>
          <w:lang w:val="ru-RU"/>
        </w:rPr>
        <w:br/>
        <w:t>они замолчали.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Сергей сказал: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— Это правда.</w:t>
      </w:r>
      <w:r w:rsidRPr="0002331A">
        <w:rPr>
          <w:rFonts w:ascii="Times New Roman" w:hAnsi="Times New Roman" w:cs="Times New Roman"/>
          <w:lang w:val="ru-RU"/>
        </w:rPr>
        <w:br/>
        <w:t>Мы часто думаем, что мы ищем кого-то.</w:t>
      </w:r>
      <w:r w:rsidRPr="0002331A">
        <w:rPr>
          <w:rFonts w:ascii="Times New Roman" w:hAnsi="Times New Roman" w:cs="Times New Roman"/>
          <w:lang w:val="ru-RU"/>
        </w:rPr>
        <w:br/>
        <w:t>Но на самом деле —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это нас ищут.</w:t>
      </w:r>
      <w:r w:rsidRPr="0002331A">
        <w:rPr>
          <w:rFonts w:ascii="Times New Roman" w:hAnsi="Times New Roman" w:cs="Times New Roman"/>
          <w:lang w:val="ru-RU"/>
        </w:rPr>
        <w:br/>
        <w:t>Нас ищет тот, кто потерял веру.</w:t>
      </w:r>
      <w:r w:rsidRPr="0002331A">
        <w:rPr>
          <w:rFonts w:ascii="Times New Roman" w:hAnsi="Times New Roman" w:cs="Times New Roman"/>
          <w:lang w:val="ru-RU"/>
        </w:rPr>
        <w:br/>
        <w:t>Тот, кто упустил свет.</w:t>
      </w:r>
      <w:r w:rsidRPr="0002331A">
        <w:rPr>
          <w:rFonts w:ascii="Times New Roman" w:hAnsi="Times New Roman" w:cs="Times New Roman"/>
          <w:lang w:val="ru-RU"/>
        </w:rPr>
        <w:br/>
        <w:t xml:space="preserve">Тот, кто сам </w:t>
      </w:r>
      <w:r w:rsidRPr="0002331A">
        <w:rPr>
          <w:rStyle w:val="af6"/>
          <w:rFonts w:ascii="Times New Roman" w:hAnsi="Times New Roman" w:cs="Times New Roman"/>
          <w:lang w:val="ru-RU"/>
        </w:rPr>
        <w:t>не помнит, кого потерял —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но чувствует, что не всё на месте.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Анфиса добавила: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lastRenderedPageBreak/>
        <w:t xml:space="preserve">— </w:t>
      </w:r>
      <w:proofErr w:type="gramStart"/>
      <w:r w:rsidRPr="0002331A">
        <w:rPr>
          <w:rFonts w:ascii="Times New Roman" w:hAnsi="Times New Roman" w:cs="Times New Roman"/>
          <w:lang w:val="ru-RU"/>
        </w:rPr>
        <w:t>И</w:t>
      </w:r>
      <w:proofErr w:type="gramEnd"/>
      <w:r w:rsidRPr="0002331A">
        <w:rPr>
          <w:rFonts w:ascii="Times New Roman" w:hAnsi="Times New Roman" w:cs="Times New Roman"/>
          <w:lang w:val="ru-RU"/>
        </w:rPr>
        <w:t xml:space="preserve"> если ты просто </w:t>
      </w:r>
      <w:r w:rsidRPr="0002331A">
        <w:rPr>
          <w:rStyle w:val="af6"/>
          <w:rFonts w:ascii="Times New Roman" w:hAnsi="Times New Roman" w:cs="Times New Roman"/>
          <w:lang w:val="ru-RU"/>
        </w:rPr>
        <w:t>есть</w:t>
      </w:r>
      <w:r w:rsidRPr="0002331A">
        <w:rPr>
          <w:rFonts w:ascii="Times New Roman" w:hAnsi="Times New Roman" w:cs="Times New Roman"/>
          <w:lang w:val="ru-RU"/>
        </w:rPr>
        <w:t>,</w:t>
      </w:r>
      <w:r w:rsidRPr="0002331A">
        <w:rPr>
          <w:rFonts w:ascii="Times New Roman" w:hAnsi="Times New Roman" w:cs="Times New Roman"/>
          <w:lang w:val="ru-RU"/>
        </w:rPr>
        <w:br/>
        <w:t>по-настоящему — в любви, в тишине, в свете —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тебя можно найти.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proofErr w:type="spellStart"/>
      <w:r w:rsidRPr="0002331A">
        <w:rPr>
          <w:rStyle w:val="af6"/>
          <w:rFonts w:ascii="Times New Roman" w:hAnsi="Times New Roman" w:cs="Times New Roman"/>
        </w:rPr>
        <w:t>Ты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становишься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находкой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  <w:b/>
          <w:bCs/>
        </w:rPr>
        <w:br/>
      </w:r>
      <w:proofErr w:type="spellStart"/>
      <w:r w:rsidRPr="0002331A">
        <w:rPr>
          <w:rStyle w:val="af6"/>
          <w:rFonts w:ascii="Times New Roman" w:hAnsi="Times New Roman" w:cs="Times New Roman"/>
        </w:rPr>
        <w:t>Подарком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. </w:t>
      </w:r>
      <w:r w:rsidRPr="0002331A">
        <w:rPr>
          <w:rStyle w:val="af6"/>
          <w:rFonts w:ascii="Times New Roman" w:hAnsi="Times New Roman" w:cs="Times New Roman"/>
          <w:lang w:val="ru-RU"/>
        </w:rPr>
        <w:t>Ответом. Ключом.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Так появилась новая игра:</w:t>
      </w:r>
      <w:r w:rsidRPr="0002331A">
        <w:rPr>
          <w:rFonts w:ascii="Times New Roman" w:hAnsi="Times New Roman" w:cs="Times New Roman"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«Перестань искать — и позволь себя найти».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Они играли в неё,</w:t>
      </w:r>
      <w:r w:rsidRPr="0002331A">
        <w:rPr>
          <w:rFonts w:ascii="Times New Roman" w:hAnsi="Times New Roman" w:cs="Times New Roman"/>
          <w:lang w:val="ru-RU"/>
        </w:rPr>
        <w:br/>
        <w:t>когда кто-то грустил,</w:t>
      </w:r>
      <w:r w:rsidRPr="0002331A">
        <w:rPr>
          <w:rFonts w:ascii="Times New Roman" w:hAnsi="Times New Roman" w:cs="Times New Roman"/>
          <w:lang w:val="ru-RU"/>
        </w:rPr>
        <w:br/>
        <w:t>или чувствовал себя лишним,</w:t>
      </w:r>
      <w:r w:rsidRPr="0002331A">
        <w:rPr>
          <w:rFonts w:ascii="Times New Roman" w:hAnsi="Times New Roman" w:cs="Times New Roman"/>
          <w:lang w:val="ru-RU"/>
        </w:rPr>
        <w:br/>
        <w:t>или просто не знал, что делать.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 xml:space="preserve">Они </w:t>
      </w:r>
      <w:r w:rsidRPr="0002331A">
        <w:rPr>
          <w:rStyle w:val="af6"/>
          <w:rFonts w:ascii="Times New Roman" w:hAnsi="Times New Roman" w:cs="Times New Roman"/>
          <w:lang w:val="ru-RU"/>
        </w:rPr>
        <w:t>садились тихо.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  <w:lang w:val="ru-RU"/>
        </w:rPr>
        <w:t>Смотрели на небо.</w:t>
      </w:r>
      <w:r w:rsidRPr="0002331A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И просто говорили внутри себя: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“Если ты меня ищешь — я здесь.”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  <w:lang w:val="ru-RU"/>
        </w:rPr>
        <w:t>И вскоре…</w:t>
      </w:r>
      <w:r w:rsidRPr="0002331A">
        <w:rPr>
          <w:rFonts w:ascii="Times New Roman" w:hAnsi="Times New Roman" w:cs="Times New Roman"/>
          <w:lang w:val="ru-RU"/>
        </w:rPr>
        <w:br/>
        <w:t>кто-то подходил.</w:t>
      </w:r>
      <w:r w:rsidRPr="0002331A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t>И всё становилось на свои места.</w:t>
      </w:r>
    </w:p>
    <w:p w:rsidR="004C05D9" w:rsidRDefault="004C05D9">
      <w:pPr>
        <w:rPr>
          <w:rStyle w:val="af6"/>
          <w:rFonts w:asciiTheme="majorHAnsi" w:eastAsiaTheme="majorEastAsia" w:hAnsiTheme="majorHAnsi" w:cstheme="majorBidi"/>
          <w:color w:val="365F91" w:themeColor="accent1" w:themeShade="BF"/>
          <w:sz w:val="28"/>
          <w:szCs w:val="28"/>
        </w:rPr>
      </w:pPr>
      <w:r>
        <w:rPr>
          <w:rStyle w:val="af6"/>
          <w:b w:val="0"/>
          <w:bCs w:val="0"/>
        </w:rPr>
        <w:br w:type="page"/>
      </w:r>
    </w:p>
    <w:p w:rsidR="0002331A" w:rsidRPr="004C05D9" w:rsidRDefault="0002331A" w:rsidP="004C05D9">
      <w:pPr>
        <w:pStyle w:val="21"/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8. </w:t>
      </w:r>
      <w:proofErr w:type="spellStart"/>
      <w:r w:rsidRPr="004C05D9">
        <w:rPr>
          <w:rStyle w:val="af6"/>
          <w:b/>
          <w:bCs/>
        </w:rPr>
        <w:t>Когда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ты</w:t>
      </w:r>
      <w:proofErr w:type="spellEnd"/>
      <w:r w:rsidRPr="004C05D9">
        <w:rPr>
          <w:rStyle w:val="af6"/>
          <w:b/>
          <w:bCs/>
        </w:rPr>
        <w:t xml:space="preserve"> — </w:t>
      </w:r>
      <w:proofErr w:type="spellStart"/>
      <w:r w:rsidRPr="004C05D9">
        <w:rPr>
          <w:rStyle w:val="af6"/>
          <w:b/>
          <w:bCs/>
        </w:rPr>
        <w:t>ответ</w:t>
      </w:r>
      <w:proofErr w:type="spellEnd"/>
      <w:r w:rsidRPr="004C05D9">
        <w:rPr>
          <w:rStyle w:val="af6"/>
          <w:b/>
          <w:bCs/>
        </w:rPr>
        <w:t xml:space="preserve">, о </w:t>
      </w:r>
      <w:proofErr w:type="spellStart"/>
      <w:r w:rsidRPr="004C05D9">
        <w:rPr>
          <w:rStyle w:val="af6"/>
          <w:b/>
          <w:bCs/>
        </w:rPr>
        <w:t>котором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никто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не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просил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почему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именно</w:t>
      </w:r>
      <w:proofErr w:type="spellEnd"/>
      <w:r w:rsidRPr="004C05D9">
        <w:rPr>
          <w:rStyle w:val="af7"/>
          <w:i w:val="0"/>
          <w:iCs w:val="0"/>
        </w:rPr>
        <w:t xml:space="preserve"> в </w:t>
      </w:r>
      <w:proofErr w:type="spellStart"/>
      <w:r w:rsidRPr="004C05D9">
        <w:rPr>
          <w:rStyle w:val="af7"/>
          <w:i w:val="0"/>
          <w:iCs w:val="0"/>
        </w:rPr>
        <w:t>этот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момент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происходят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чудеса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Была среда.</w:t>
      </w:r>
      <w:r w:rsidRPr="004C05D9">
        <w:rPr>
          <w:rFonts w:ascii="Times New Roman" w:hAnsi="Times New Roman" w:cs="Times New Roman"/>
          <w:lang w:val="ru-RU"/>
        </w:rPr>
        <w:br/>
        <w:t>Самая обычная.</w:t>
      </w:r>
      <w:r w:rsidRPr="004C05D9">
        <w:rPr>
          <w:rFonts w:ascii="Times New Roman" w:hAnsi="Times New Roman" w:cs="Times New Roman"/>
          <w:lang w:val="ru-RU"/>
        </w:rPr>
        <w:br/>
        <w:t>Такая, что даже календарь зевал.</w:t>
      </w:r>
      <w:r w:rsidRPr="004C05D9">
        <w:rPr>
          <w:rFonts w:ascii="Times New Roman" w:hAnsi="Times New Roman" w:cs="Times New Roman"/>
          <w:lang w:val="ru-RU"/>
        </w:rPr>
        <w:br/>
        <w:t>На улице шёл мокрый снег.</w:t>
      </w:r>
      <w:r w:rsidRPr="004C05D9">
        <w:rPr>
          <w:rFonts w:ascii="Times New Roman" w:hAnsi="Times New Roman" w:cs="Times New Roman"/>
          <w:lang w:val="ru-RU"/>
        </w:rPr>
        <w:br/>
        <w:t>Школа тянулась, как варёная лапша.</w:t>
      </w:r>
      <w:r w:rsidRPr="004C05D9">
        <w:rPr>
          <w:rFonts w:ascii="Times New Roman" w:hAnsi="Times New Roman" w:cs="Times New Roman"/>
          <w:lang w:val="ru-RU"/>
        </w:rPr>
        <w:br/>
        <w:t>Всё было… никак.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Анфиса шла домой.</w:t>
      </w:r>
      <w:r w:rsidRPr="004C05D9">
        <w:rPr>
          <w:rFonts w:ascii="Times New Roman" w:hAnsi="Times New Roman" w:cs="Times New Roman"/>
          <w:lang w:val="ru-RU"/>
        </w:rPr>
        <w:br/>
        <w:t>Уставшая.</w:t>
      </w:r>
      <w:r w:rsidRPr="004C05D9">
        <w:rPr>
          <w:rFonts w:ascii="Times New Roman" w:hAnsi="Times New Roman" w:cs="Times New Roman"/>
          <w:lang w:val="ru-RU"/>
        </w:rPr>
        <w:br/>
        <w:t>Немножко грустная.</w:t>
      </w:r>
      <w:r w:rsidRPr="004C05D9">
        <w:rPr>
          <w:rFonts w:ascii="Times New Roman" w:hAnsi="Times New Roman" w:cs="Times New Roman"/>
          <w:lang w:val="ru-RU"/>
        </w:rPr>
        <w:br/>
        <w:t>Сергея и Вани не было — заболели.</w:t>
      </w:r>
      <w:r w:rsidRPr="004C05D9">
        <w:rPr>
          <w:rFonts w:ascii="Times New Roman" w:hAnsi="Times New Roman" w:cs="Times New Roman"/>
          <w:lang w:val="ru-RU"/>
        </w:rPr>
        <w:br/>
        <w:t>И в этот день она чувствовала себя как будто одна.</w:t>
      </w:r>
      <w:r w:rsidRPr="004C05D9">
        <w:rPr>
          <w:rFonts w:ascii="Times New Roman" w:hAnsi="Times New Roman" w:cs="Times New Roman"/>
          <w:lang w:val="ru-RU"/>
        </w:rPr>
        <w:br/>
        <w:t xml:space="preserve">И как будто </w:t>
      </w:r>
      <w:r w:rsidRPr="004C05D9">
        <w:rPr>
          <w:rStyle w:val="af6"/>
          <w:rFonts w:ascii="Times New Roman" w:hAnsi="Times New Roman" w:cs="Times New Roman"/>
          <w:lang w:val="ru-RU"/>
        </w:rPr>
        <w:t>никому не нужна.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На остановке стояла бабушка.</w:t>
      </w:r>
      <w:r w:rsidRPr="004C05D9">
        <w:rPr>
          <w:rFonts w:ascii="Times New Roman" w:hAnsi="Times New Roman" w:cs="Times New Roman"/>
          <w:lang w:val="ru-RU"/>
        </w:rPr>
        <w:br/>
        <w:t>Сгорбленная.</w:t>
      </w:r>
      <w:r w:rsidRPr="004C05D9">
        <w:rPr>
          <w:rFonts w:ascii="Times New Roman" w:hAnsi="Times New Roman" w:cs="Times New Roman"/>
          <w:lang w:val="ru-RU"/>
        </w:rPr>
        <w:br/>
        <w:t>Маленькая.</w:t>
      </w:r>
      <w:r w:rsidRPr="004C05D9">
        <w:rPr>
          <w:rFonts w:ascii="Times New Roman" w:hAnsi="Times New Roman" w:cs="Times New Roman"/>
          <w:lang w:val="ru-RU"/>
        </w:rPr>
        <w:br/>
        <w:t>В платке.</w:t>
      </w:r>
      <w:r w:rsidRPr="004C05D9">
        <w:rPr>
          <w:rFonts w:ascii="Times New Roman" w:hAnsi="Times New Roman" w:cs="Times New Roman"/>
          <w:lang w:val="ru-RU"/>
        </w:rPr>
        <w:br/>
        <w:t>С авоськой, которая явно была слишком тяжёлой.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Анфиса подошла ближе.</w:t>
      </w:r>
      <w:r w:rsidRPr="004C05D9">
        <w:rPr>
          <w:rFonts w:ascii="Times New Roman" w:hAnsi="Times New Roman" w:cs="Times New Roman"/>
          <w:lang w:val="ru-RU"/>
        </w:rPr>
        <w:br/>
        <w:t>И — сама не зная почему —</w:t>
      </w:r>
      <w:r w:rsidRPr="004C05D9">
        <w:rPr>
          <w:rFonts w:ascii="Times New Roman" w:hAnsi="Times New Roman" w:cs="Times New Roman"/>
          <w:lang w:val="ru-RU"/>
        </w:rPr>
        <w:br/>
        <w:t>просто сказала: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Давайте я вам помогу.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Бабушка посмотрела на неё</w:t>
      </w:r>
      <w:r w:rsidRPr="004C05D9">
        <w:rPr>
          <w:rFonts w:ascii="Times New Roman" w:hAnsi="Times New Roman" w:cs="Times New Roman"/>
          <w:lang w:val="ru-RU"/>
        </w:rPr>
        <w:br/>
        <w:t xml:space="preserve">так, будто </w:t>
      </w:r>
      <w:r w:rsidRPr="004C05D9">
        <w:rPr>
          <w:rStyle w:val="af6"/>
          <w:rFonts w:ascii="Times New Roman" w:hAnsi="Times New Roman" w:cs="Times New Roman"/>
          <w:lang w:val="ru-RU"/>
        </w:rPr>
        <w:t>дождалась кого-то,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кого ждала очень долго.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А ты ведь не должна была тут быть, да?</w:t>
      </w:r>
      <w:r w:rsidRPr="004C05D9">
        <w:rPr>
          <w:rFonts w:ascii="Times New Roman" w:hAnsi="Times New Roman" w:cs="Times New Roman"/>
          <w:lang w:val="ru-RU"/>
        </w:rPr>
        <w:br/>
        <w:t>— Нет.</w:t>
      </w:r>
      <w:r w:rsidRPr="004C05D9">
        <w:rPr>
          <w:rFonts w:ascii="Times New Roman" w:hAnsi="Times New Roman" w:cs="Times New Roman"/>
          <w:lang w:val="ru-RU"/>
        </w:rPr>
        <w:br/>
        <w:t>— А всё равно пришла.</w:t>
      </w:r>
      <w:r w:rsidRPr="004C05D9">
        <w:rPr>
          <w:rFonts w:ascii="Times New Roman" w:hAnsi="Times New Roman" w:cs="Times New Roman"/>
          <w:lang w:val="ru-RU"/>
        </w:rPr>
        <w:br/>
        <w:t>— Просто… я рядом.</w:t>
      </w:r>
      <w:r w:rsidRPr="004C05D9">
        <w:rPr>
          <w:rFonts w:ascii="Times New Roman" w:hAnsi="Times New Roman" w:cs="Times New Roman"/>
          <w:lang w:val="ru-RU"/>
        </w:rPr>
        <w:br/>
        <w:t>— Значит, ты — ответ.</w:t>
      </w:r>
    </w:p>
    <w:p w:rsidR="0002331A" w:rsidRDefault="0002331A" w:rsidP="004C05D9">
      <w:pPr>
        <w:spacing w:before="100" w:beforeAutospacing="1" w:after="100" w:afterAutospacing="1" w:line="240" w:lineRule="auto"/>
        <w:contextualSpacing/>
        <w:rPr>
          <w:rStyle w:val="af6"/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Анфиса улыбнулась.</w:t>
      </w:r>
      <w:r w:rsidRPr="004C05D9">
        <w:rPr>
          <w:rFonts w:ascii="Times New Roman" w:hAnsi="Times New Roman" w:cs="Times New Roman"/>
          <w:lang w:val="ru-RU"/>
        </w:rPr>
        <w:br/>
        <w:t>Взяла авоську.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lastRenderedPageBreak/>
        <w:t>И почувствовала,</w:t>
      </w:r>
      <w:r w:rsidRPr="004C05D9">
        <w:rPr>
          <w:rFonts w:ascii="Times New Roman" w:hAnsi="Times New Roman" w:cs="Times New Roman"/>
          <w:lang w:val="ru-RU"/>
        </w:rPr>
        <w:br/>
        <w:t xml:space="preserve">что внутри неё </w:t>
      </w:r>
      <w:r w:rsidRPr="004C05D9">
        <w:rPr>
          <w:rStyle w:val="af6"/>
          <w:rFonts w:ascii="Times New Roman" w:hAnsi="Times New Roman" w:cs="Times New Roman"/>
          <w:lang w:val="ru-RU"/>
        </w:rPr>
        <w:t>что-то стало теплее.</w:t>
      </w:r>
    </w:p>
    <w:p w:rsidR="00784378" w:rsidRPr="004C05D9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964454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3780790" cy="3780790"/>
            <wp:effectExtent l="0" t="0" r="3810" b="3810"/>
            <wp:docPr id="33" name="Рисунок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3" name="Рисунок 114626983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378" w:rsidRDefault="00784378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Позже она рассказала Сергею: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Я ведь ничего не планировала.</w:t>
      </w:r>
      <w:r w:rsidRPr="004C05D9">
        <w:rPr>
          <w:rFonts w:ascii="Times New Roman" w:hAnsi="Times New Roman" w:cs="Times New Roman"/>
          <w:lang w:val="ru-RU"/>
        </w:rPr>
        <w:br/>
        <w:t>Я просто была рядом.</w:t>
      </w:r>
      <w:r w:rsidRPr="004C05D9">
        <w:rPr>
          <w:rFonts w:ascii="Times New Roman" w:hAnsi="Times New Roman" w:cs="Times New Roman"/>
          <w:lang w:val="ru-RU"/>
        </w:rPr>
        <w:br/>
        <w:t>И вдруг поняла —</w:t>
      </w:r>
      <w:r w:rsidRPr="004C05D9">
        <w:rPr>
          <w:rFonts w:ascii="Times New Roman" w:hAnsi="Times New Roman" w:cs="Times New Roman"/>
          <w:lang w:val="ru-RU"/>
        </w:rPr>
        <w:br/>
        <w:t xml:space="preserve">что </w:t>
      </w:r>
      <w:r w:rsidRPr="004C05D9">
        <w:rPr>
          <w:rStyle w:val="af6"/>
          <w:rFonts w:ascii="Times New Roman" w:hAnsi="Times New Roman" w:cs="Times New Roman"/>
          <w:lang w:val="ru-RU"/>
        </w:rPr>
        <w:t>я — как будто письмо от Творца,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которое никто не заказывал,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но оно пришло вовремя.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Сергей кивнул.</w:t>
      </w:r>
      <w:r w:rsidRPr="004C05D9">
        <w:rPr>
          <w:rFonts w:ascii="Times New Roman" w:hAnsi="Times New Roman" w:cs="Times New Roman"/>
          <w:lang w:val="ru-RU"/>
        </w:rPr>
        <w:br/>
        <w:t>— Самые настоящие чудеса</w:t>
      </w:r>
      <w:r w:rsidRPr="004C05D9">
        <w:rPr>
          <w:rFonts w:ascii="Times New Roman" w:hAnsi="Times New Roman" w:cs="Times New Roman"/>
          <w:lang w:val="ru-RU"/>
        </w:rPr>
        <w:br/>
        <w:t>случаются не тогда,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lastRenderedPageBreak/>
        <w:t>когда ты стараешься.</w:t>
      </w:r>
      <w:r w:rsidRPr="004C05D9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</w:rPr>
        <w:t xml:space="preserve">А </w:t>
      </w:r>
      <w:proofErr w:type="spellStart"/>
      <w:r w:rsidRPr="0002331A">
        <w:rPr>
          <w:rFonts w:ascii="Times New Roman" w:hAnsi="Times New Roman" w:cs="Times New Roman"/>
        </w:rPr>
        <w:t>когда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ты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просто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есть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  <w:b/>
          <w:bCs/>
        </w:rPr>
        <w:br/>
      </w:r>
      <w:proofErr w:type="spellStart"/>
      <w:r w:rsidRPr="0002331A">
        <w:rPr>
          <w:rStyle w:val="af6"/>
          <w:rFonts w:ascii="Times New Roman" w:hAnsi="Times New Roman" w:cs="Times New Roman"/>
        </w:rPr>
        <w:t>Чисто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. </w:t>
      </w:r>
      <w:proofErr w:type="spellStart"/>
      <w:r w:rsidRPr="0002331A">
        <w:rPr>
          <w:rStyle w:val="af6"/>
          <w:rFonts w:ascii="Times New Roman" w:hAnsi="Times New Roman" w:cs="Times New Roman"/>
        </w:rPr>
        <w:t>Спокойно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  <w:r w:rsidRPr="0002331A">
        <w:rPr>
          <w:rFonts w:ascii="Times New Roman" w:hAnsi="Times New Roman" w:cs="Times New Roman"/>
          <w:b/>
          <w:bCs/>
        </w:rPr>
        <w:br/>
      </w:r>
      <w:proofErr w:type="spellStart"/>
      <w:r w:rsidRPr="0002331A">
        <w:rPr>
          <w:rStyle w:val="af6"/>
          <w:rFonts w:ascii="Times New Roman" w:hAnsi="Times New Roman" w:cs="Times New Roman"/>
        </w:rPr>
        <w:t>По-настоящему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Так появилась новая игра: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«Будь там, где тебя не ждали — и стань тем, кого ждали всю жизнь».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Они не знали, когда будет следующая такая встреча.</w:t>
      </w:r>
      <w:r w:rsidRPr="004C05D9">
        <w:rPr>
          <w:rFonts w:ascii="Times New Roman" w:hAnsi="Times New Roman" w:cs="Times New Roman"/>
          <w:lang w:val="ru-RU"/>
        </w:rPr>
        <w:br/>
        <w:t>Но знали точно: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если ты живёшь с открытым сердцем,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ты всегда станешь чьим-то чудом —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даже не заметив.</w:t>
      </w:r>
    </w:p>
    <w:p w:rsidR="004C05D9" w:rsidRDefault="004C05D9">
      <w:pPr>
        <w:rPr>
          <w:rStyle w:val="af6"/>
          <w:rFonts w:ascii="Times New Roman" w:hAnsi="Times New Roman" w:cs="Times New Roman"/>
          <w:lang w:val="ru-RU"/>
        </w:rPr>
      </w:pPr>
      <w:r>
        <w:rPr>
          <w:rStyle w:val="af6"/>
          <w:rFonts w:ascii="Times New Roman" w:hAnsi="Times New Roman" w:cs="Times New Roman"/>
          <w:lang w:val="ru-RU"/>
        </w:rPr>
        <w:br w:type="page"/>
      </w:r>
    </w:p>
    <w:p w:rsidR="0002331A" w:rsidRPr="004C05D9" w:rsidRDefault="0002331A" w:rsidP="004C05D9">
      <w:pPr>
        <w:pStyle w:val="21"/>
      </w:pPr>
      <w:proofErr w:type="spellStart"/>
      <w:r w:rsidRPr="004C05D9">
        <w:rPr>
          <w:rStyle w:val="af6"/>
          <w:b/>
          <w:bCs/>
        </w:rPr>
        <w:lastRenderedPageBreak/>
        <w:t>Глава</w:t>
      </w:r>
      <w:proofErr w:type="spellEnd"/>
      <w:r w:rsidRPr="004C05D9">
        <w:rPr>
          <w:rStyle w:val="af6"/>
          <w:b/>
          <w:bCs/>
        </w:rPr>
        <w:t xml:space="preserve"> 9. </w:t>
      </w:r>
      <w:proofErr w:type="spellStart"/>
      <w:r w:rsidRPr="004C05D9">
        <w:rPr>
          <w:rStyle w:val="af6"/>
          <w:b/>
          <w:bCs/>
        </w:rPr>
        <w:t>Царствие</w:t>
      </w:r>
      <w:proofErr w:type="spellEnd"/>
      <w:r w:rsidRPr="004C05D9">
        <w:rPr>
          <w:rStyle w:val="af6"/>
          <w:b/>
          <w:bCs/>
        </w:rPr>
        <w:t xml:space="preserve"> </w:t>
      </w:r>
      <w:proofErr w:type="spellStart"/>
      <w:r w:rsidRPr="004C05D9">
        <w:rPr>
          <w:rStyle w:val="af6"/>
          <w:b/>
          <w:bCs/>
        </w:rPr>
        <w:t>начинается</w:t>
      </w:r>
      <w:proofErr w:type="spellEnd"/>
      <w:r w:rsidRPr="004C05D9">
        <w:rPr>
          <w:rStyle w:val="af6"/>
          <w:b/>
          <w:bCs/>
        </w:rPr>
        <w:t xml:space="preserve"> с </w:t>
      </w:r>
      <w:proofErr w:type="spellStart"/>
      <w:r w:rsidRPr="004C05D9">
        <w:rPr>
          <w:rStyle w:val="af6"/>
          <w:b/>
          <w:bCs/>
        </w:rPr>
        <w:t>тебя</w:t>
      </w:r>
      <w:proofErr w:type="spellEnd"/>
      <w:r w:rsidR="004C05D9" w:rsidRPr="004C05D9">
        <w:rPr>
          <w:rStyle w:val="af6"/>
          <w:b/>
          <w:bCs/>
        </w:rPr>
        <w:t xml:space="preserve"> </w:t>
      </w:r>
      <w:r w:rsidRPr="004C05D9">
        <w:rPr>
          <w:rStyle w:val="af7"/>
          <w:i w:val="0"/>
          <w:iCs w:val="0"/>
        </w:rPr>
        <w:t xml:space="preserve">(и </w:t>
      </w:r>
      <w:proofErr w:type="spellStart"/>
      <w:r w:rsidRPr="004C05D9">
        <w:rPr>
          <w:rStyle w:val="af7"/>
          <w:i w:val="0"/>
          <w:iCs w:val="0"/>
        </w:rPr>
        <w:t>почему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никто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не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скажет</w:t>
      </w:r>
      <w:proofErr w:type="spellEnd"/>
      <w:r w:rsidRPr="004C05D9">
        <w:rPr>
          <w:rStyle w:val="af7"/>
          <w:i w:val="0"/>
          <w:iCs w:val="0"/>
        </w:rPr>
        <w:t xml:space="preserve">, </w:t>
      </w:r>
      <w:proofErr w:type="spellStart"/>
      <w:r w:rsidRPr="004C05D9">
        <w:rPr>
          <w:rStyle w:val="af7"/>
          <w:i w:val="0"/>
          <w:iCs w:val="0"/>
        </w:rPr>
        <w:t>когда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ты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стал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взрослым</w:t>
      </w:r>
      <w:proofErr w:type="spellEnd"/>
      <w:r w:rsidRPr="004C05D9">
        <w:rPr>
          <w:rStyle w:val="af7"/>
          <w:i w:val="0"/>
          <w:iCs w:val="0"/>
        </w:rPr>
        <w:t xml:space="preserve"> — </w:t>
      </w:r>
      <w:proofErr w:type="spellStart"/>
      <w:r w:rsidRPr="004C05D9">
        <w:rPr>
          <w:rStyle w:val="af7"/>
          <w:i w:val="0"/>
          <w:iCs w:val="0"/>
        </w:rPr>
        <w:t>потому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что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ты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станешь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Светом</w:t>
      </w:r>
      <w:proofErr w:type="spellEnd"/>
      <w:r w:rsidRPr="004C05D9">
        <w:rPr>
          <w:rStyle w:val="af7"/>
          <w:i w:val="0"/>
          <w:iCs w:val="0"/>
        </w:rPr>
        <w:t xml:space="preserve">, а </w:t>
      </w:r>
      <w:proofErr w:type="spellStart"/>
      <w:r w:rsidRPr="004C05D9">
        <w:rPr>
          <w:rStyle w:val="af7"/>
          <w:i w:val="0"/>
          <w:iCs w:val="0"/>
        </w:rPr>
        <w:t>не</w:t>
      </w:r>
      <w:proofErr w:type="spellEnd"/>
      <w:r w:rsidRPr="004C05D9">
        <w:rPr>
          <w:rStyle w:val="af7"/>
          <w:i w:val="0"/>
          <w:iCs w:val="0"/>
        </w:rPr>
        <w:t xml:space="preserve"> </w:t>
      </w:r>
      <w:proofErr w:type="spellStart"/>
      <w:r w:rsidRPr="004C05D9">
        <w:rPr>
          <w:rStyle w:val="af7"/>
          <w:i w:val="0"/>
          <w:iCs w:val="0"/>
        </w:rPr>
        <w:t>возрастом</w:t>
      </w:r>
      <w:proofErr w:type="spellEnd"/>
      <w:r w:rsidRPr="004C05D9">
        <w:rPr>
          <w:rStyle w:val="af7"/>
          <w:i w:val="0"/>
          <w:iCs w:val="0"/>
        </w:rPr>
        <w:t>)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На уроке истории учитель спросил: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А кто из вас знает,</w:t>
      </w:r>
      <w:r w:rsidRPr="004C05D9">
        <w:rPr>
          <w:rFonts w:ascii="Times New Roman" w:hAnsi="Times New Roman" w:cs="Times New Roman"/>
          <w:lang w:val="ru-RU"/>
        </w:rPr>
        <w:br/>
        <w:t>что такое Царство Божие?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Все замолчали.</w:t>
      </w:r>
      <w:r w:rsidRPr="004C05D9">
        <w:rPr>
          <w:rFonts w:ascii="Times New Roman" w:hAnsi="Times New Roman" w:cs="Times New Roman"/>
          <w:lang w:val="ru-RU"/>
        </w:rPr>
        <w:br/>
        <w:t>Кто-то пожал плечами.</w:t>
      </w:r>
      <w:r w:rsidRPr="004C05D9">
        <w:rPr>
          <w:rFonts w:ascii="Times New Roman" w:hAnsi="Times New Roman" w:cs="Times New Roman"/>
          <w:lang w:val="ru-RU"/>
        </w:rPr>
        <w:br/>
        <w:t>Кто-то уставился в тетрадь.</w:t>
      </w:r>
      <w:r w:rsidRPr="004C05D9">
        <w:rPr>
          <w:rFonts w:ascii="Times New Roman" w:hAnsi="Times New Roman" w:cs="Times New Roman"/>
          <w:lang w:val="ru-RU"/>
        </w:rPr>
        <w:br/>
        <w:t>Кто-то хихикнул.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А Сергей поднял голову.</w:t>
      </w:r>
      <w:r w:rsidRPr="004C05D9">
        <w:rPr>
          <w:rFonts w:ascii="Times New Roman" w:hAnsi="Times New Roman" w:cs="Times New Roman"/>
          <w:lang w:val="ru-RU"/>
        </w:rPr>
        <w:br/>
        <w:t>Не руку — голову.</w:t>
      </w:r>
      <w:r w:rsidRPr="004C05D9">
        <w:rPr>
          <w:rFonts w:ascii="Times New Roman" w:hAnsi="Times New Roman" w:cs="Times New Roman"/>
          <w:lang w:val="ru-RU"/>
        </w:rPr>
        <w:br/>
        <w:t xml:space="preserve">Он просто </w:t>
      </w:r>
      <w:r w:rsidRPr="004C05D9">
        <w:rPr>
          <w:rStyle w:val="af6"/>
          <w:rFonts w:ascii="Times New Roman" w:hAnsi="Times New Roman" w:cs="Times New Roman"/>
          <w:lang w:val="ru-RU"/>
        </w:rPr>
        <w:t>встретился взглядом с учителем.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Я знаю, — сказал он.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В классе стало тише.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Ну и что же это такое, Царство Божие?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Сергей встал.</w:t>
      </w:r>
      <w:r w:rsidRPr="004C05D9">
        <w:rPr>
          <w:rFonts w:ascii="Times New Roman" w:hAnsi="Times New Roman" w:cs="Times New Roman"/>
          <w:lang w:val="ru-RU"/>
        </w:rPr>
        <w:br/>
        <w:t>Посмотрел в окно.</w:t>
      </w:r>
      <w:r w:rsidRPr="004C05D9">
        <w:rPr>
          <w:rFonts w:ascii="Times New Roman" w:hAnsi="Times New Roman" w:cs="Times New Roman"/>
          <w:lang w:val="ru-RU"/>
        </w:rPr>
        <w:br/>
        <w:t>А потом — прямо в глаза учителю.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Это когда ты знаешь, что ты не один.</w:t>
      </w:r>
      <w:r w:rsidRPr="004C05D9">
        <w:rPr>
          <w:rFonts w:ascii="Times New Roman" w:hAnsi="Times New Roman" w:cs="Times New Roman"/>
          <w:lang w:val="ru-RU"/>
        </w:rPr>
        <w:br/>
        <w:t>Когда ты чувствуешь,</w:t>
      </w:r>
      <w:r w:rsidRPr="004C05D9">
        <w:rPr>
          <w:rFonts w:ascii="Times New Roman" w:hAnsi="Times New Roman" w:cs="Times New Roman"/>
          <w:lang w:val="ru-RU"/>
        </w:rPr>
        <w:br/>
        <w:t>что всё — живое.</w:t>
      </w:r>
      <w:r w:rsidRPr="004C05D9">
        <w:rPr>
          <w:rFonts w:ascii="Times New Roman" w:hAnsi="Times New Roman" w:cs="Times New Roman"/>
          <w:lang w:val="ru-RU"/>
        </w:rPr>
        <w:br/>
        <w:t xml:space="preserve">Что тебя </w:t>
      </w:r>
      <w:r w:rsidRPr="004C05D9">
        <w:rPr>
          <w:rStyle w:val="af6"/>
          <w:rFonts w:ascii="Times New Roman" w:hAnsi="Times New Roman" w:cs="Times New Roman"/>
          <w:lang w:val="ru-RU"/>
        </w:rPr>
        <w:t>слышат, любят, ждут.</w:t>
      </w:r>
      <w:r w:rsidRPr="004C05D9">
        <w:rPr>
          <w:rFonts w:ascii="Times New Roman" w:hAnsi="Times New Roman" w:cs="Times New Roman"/>
          <w:lang w:val="ru-RU"/>
        </w:rPr>
        <w:br/>
        <w:t>И что ты сам —</w:t>
      </w:r>
      <w:r w:rsidRPr="004C05D9">
        <w:rPr>
          <w:rFonts w:ascii="Times New Roman" w:hAnsi="Times New Roman" w:cs="Times New Roman"/>
          <w:lang w:val="ru-RU"/>
        </w:rPr>
        <w:br/>
        <w:t>можешь стать Домом для другого.</w:t>
      </w:r>
      <w:r w:rsidRPr="004C05D9">
        <w:rPr>
          <w:rFonts w:ascii="Times New Roman" w:hAnsi="Times New Roman" w:cs="Times New Roman"/>
          <w:lang w:val="ru-RU"/>
        </w:rPr>
        <w:br/>
        <w:t>Без короны.</w:t>
      </w:r>
      <w:r w:rsidRPr="004C05D9">
        <w:rPr>
          <w:rFonts w:ascii="Times New Roman" w:hAnsi="Times New Roman" w:cs="Times New Roman"/>
          <w:lang w:val="ru-RU"/>
        </w:rPr>
        <w:br/>
        <w:t>Без трона.</w:t>
      </w:r>
      <w:r w:rsidRPr="004C05D9">
        <w:rPr>
          <w:rFonts w:ascii="Times New Roman" w:hAnsi="Times New Roman" w:cs="Times New Roman"/>
          <w:lang w:val="ru-RU"/>
        </w:rPr>
        <w:br/>
        <w:t xml:space="preserve">Просто </w:t>
      </w:r>
      <w:r w:rsidRPr="004C05D9">
        <w:rPr>
          <w:rStyle w:val="af6"/>
          <w:rFonts w:ascii="Times New Roman" w:hAnsi="Times New Roman" w:cs="Times New Roman"/>
          <w:lang w:val="ru-RU"/>
        </w:rPr>
        <w:t>быть светом, где раньше было темно.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Учитель долго молчал.</w:t>
      </w:r>
      <w:r w:rsidRPr="004C05D9">
        <w:rPr>
          <w:rFonts w:ascii="Times New Roman" w:hAnsi="Times New Roman" w:cs="Times New Roman"/>
          <w:lang w:val="ru-RU"/>
        </w:rPr>
        <w:br/>
        <w:t>А потом тихо сказал:</w:t>
      </w:r>
    </w:p>
    <w:p w:rsidR="0002331A" w:rsidRPr="0010327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02331A">
        <w:rPr>
          <w:rFonts w:ascii="Times New Roman" w:hAnsi="Times New Roman" w:cs="Times New Roman"/>
        </w:rPr>
        <w:t xml:space="preserve">— </w:t>
      </w:r>
      <w:proofErr w:type="spellStart"/>
      <w:r w:rsidRPr="0002331A">
        <w:rPr>
          <w:rFonts w:ascii="Times New Roman" w:hAnsi="Times New Roman" w:cs="Times New Roman"/>
        </w:rPr>
        <w:t>Садись</w:t>
      </w:r>
      <w:proofErr w:type="spellEnd"/>
      <w:r w:rsidRPr="0002331A">
        <w:rPr>
          <w:rFonts w:ascii="Times New Roman" w:hAnsi="Times New Roman" w:cs="Times New Roman"/>
        </w:rPr>
        <w:t xml:space="preserve">, </w:t>
      </w:r>
      <w:proofErr w:type="spellStart"/>
      <w:r w:rsidRPr="0002331A">
        <w:rPr>
          <w:rFonts w:ascii="Times New Roman" w:hAnsi="Times New Roman" w:cs="Times New Roman"/>
        </w:rPr>
        <w:t>Сергей</w:t>
      </w:r>
      <w:proofErr w:type="spellEnd"/>
      <w:r w:rsidR="00702F3C">
        <w:rPr>
          <w:rFonts w:ascii="Times New Roman" w:hAnsi="Times New Roman" w:cs="Times New Roman"/>
        </w:rPr>
        <w:t>…</w:t>
      </w:r>
      <w:r w:rsidR="00702F3C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Спасибо</w:t>
      </w:r>
      <w:proofErr w:type="spellEnd"/>
      <w:r w:rsidR="0010327A">
        <w:rPr>
          <w:rFonts w:ascii="Times New Roman" w:hAnsi="Times New Roman" w:cs="Times New Roman"/>
          <w:lang w:val="ru-RU"/>
        </w:rPr>
        <w:t>.</w:t>
      </w:r>
    </w:p>
    <w:p w:rsidR="0010327A" w:rsidRPr="0010327A" w:rsidRDefault="0010327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34" name="Рисунок 1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Рисунок 1245543256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После урока никто не смеялся.</w:t>
      </w:r>
      <w:r w:rsidRPr="004C05D9">
        <w:rPr>
          <w:rFonts w:ascii="Times New Roman" w:hAnsi="Times New Roman" w:cs="Times New Roman"/>
          <w:lang w:val="ru-RU"/>
        </w:rPr>
        <w:br/>
        <w:t>Никто не сказал “что за чушь”.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 xml:space="preserve">Потому что </w:t>
      </w:r>
      <w:r w:rsidRPr="004C05D9">
        <w:rPr>
          <w:rStyle w:val="af6"/>
          <w:rFonts w:ascii="Times New Roman" w:hAnsi="Times New Roman" w:cs="Times New Roman"/>
          <w:lang w:val="ru-RU"/>
        </w:rPr>
        <w:t>все почувствовали что-то.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Как будто в воздухе стало больше простора.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proofErr w:type="spellStart"/>
      <w:r w:rsidRPr="0002331A">
        <w:rPr>
          <w:rStyle w:val="af6"/>
          <w:rFonts w:ascii="Times New Roman" w:hAnsi="Times New Roman" w:cs="Times New Roman"/>
        </w:rPr>
        <w:t>Как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будто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… </w:t>
      </w:r>
      <w:proofErr w:type="spellStart"/>
      <w:r w:rsidRPr="0002331A">
        <w:rPr>
          <w:rStyle w:val="af6"/>
          <w:rFonts w:ascii="Times New Roman" w:hAnsi="Times New Roman" w:cs="Times New Roman"/>
        </w:rPr>
        <w:t>появился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</w:t>
      </w:r>
      <w:proofErr w:type="spellStart"/>
      <w:r w:rsidRPr="0002331A">
        <w:rPr>
          <w:rStyle w:val="af6"/>
          <w:rFonts w:ascii="Times New Roman" w:hAnsi="Times New Roman" w:cs="Times New Roman"/>
        </w:rPr>
        <w:t>Свет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В тот вечер Анфиса сказала: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— Я думала, что Царствие — это потом. После.</w:t>
      </w:r>
      <w:r w:rsidRPr="004C05D9">
        <w:rPr>
          <w:rFonts w:ascii="Times New Roman" w:hAnsi="Times New Roman" w:cs="Times New Roman"/>
          <w:lang w:val="ru-RU"/>
        </w:rPr>
        <w:br/>
        <w:t xml:space="preserve">А теперь… я чувствую, что </w:t>
      </w:r>
      <w:r w:rsidRPr="004C05D9">
        <w:rPr>
          <w:rStyle w:val="af6"/>
          <w:rFonts w:ascii="Times New Roman" w:hAnsi="Times New Roman" w:cs="Times New Roman"/>
          <w:lang w:val="ru-RU"/>
        </w:rPr>
        <w:t>оно начинается прямо здесь.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</w:rPr>
        <w:t xml:space="preserve">С </w:t>
      </w:r>
      <w:proofErr w:type="spellStart"/>
      <w:r w:rsidRPr="0002331A">
        <w:rPr>
          <w:rStyle w:val="af6"/>
          <w:rFonts w:ascii="Times New Roman" w:hAnsi="Times New Roman" w:cs="Times New Roman"/>
        </w:rPr>
        <w:t>нас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702F3C" w:rsidRDefault="00702F3C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lastRenderedPageBreak/>
        <w:t>Ваня добавил: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— Когда я слушаю, обнимаю, молчу рядом,</w:t>
      </w:r>
      <w:r w:rsidRPr="004C05D9">
        <w:rPr>
          <w:rFonts w:ascii="Times New Roman" w:hAnsi="Times New Roman" w:cs="Times New Roman"/>
          <w:lang w:val="ru-RU"/>
        </w:rPr>
        <w:br/>
        <w:t>Свет становится ближе.</w:t>
      </w:r>
      <w:r w:rsidRPr="004C05D9">
        <w:rPr>
          <w:rFonts w:ascii="Times New Roman" w:hAnsi="Times New Roman" w:cs="Times New Roman"/>
          <w:lang w:val="ru-RU"/>
        </w:rPr>
        <w:br/>
        <w:t>Значит… я уже в Царствии?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Сергей кивнул: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— Да.</w:t>
      </w:r>
      <w:r w:rsidRPr="004C05D9">
        <w:rPr>
          <w:rFonts w:ascii="Times New Roman" w:hAnsi="Times New Roman" w:cs="Times New Roman"/>
          <w:lang w:val="ru-RU"/>
        </w:rPr>
        <w:br/>
        <w:t>И самое главное —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никто тебе не скажет, когда ты стал взрослым.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Но однажды ты почувствуешь: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Ты стал Светом.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А значит — Царём.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02331A">
        <w:rPr>
          <w:rStyle w:val="af6"/>
          <w:rFonts w:ascii="Times New Roman" w:hAnsi="Times New Roman" w:cs="Times New Roman"/>
        </w:rPr>
        <w:t xml:space="preserve">И </w:t>
      </w:r>
      <w:proofErr w:type="spellStart"/>
      <w:r w:rsidRPr="0002331A">
        <w:rPr>
          <w:rStyle w:val="af6"/>
          <w:rFonts w:ascii="Times New Roman" w:hAnsi="Times New Roman" w:cs="Times New Roman"/>
        </w:rPr>
        <w:t>значит</w:t>
      </w:r>
      <w:proofErr w:type="spellEnd"/>
      <w:r w:rsidRPr="0002331A">
        <w:rPr>
          <w:rStyle w:val="af6"/>
          <w:rFonts w:ascii="Times New Roman" w:hAnsi="Times New Roman" w:cs="Times New Roman"/>
        </w:rPr>
        <w:t xml:space="preserve"> — </w:t>
      </w:r>
      <w:proofErr w:type="spellStart"/>
      <w:r w:rsidRPr="0002331A">
        <w:rPr>
          <w:rStyle w:val="af6"/>
          <w:rFonts w:ascii="Times New Roman" w:hAnsi="Times New Roman" w:cs="Times New Roman"/>
        </w:rPr>
        <w:t>Домом</w:t>
      </w:r>
      <w:proofErr w:type="spellEnd"/>
      <w:r w:rsidRPr="0002331A">
        <w:rPr>
          <w:rStyle w:val="af6"/>
          <w:rFonts w:ascii="Times New Roman" w:hAnsi="Times New Roman" w:cs="Times New Roman"/>
        </w:rPr>
        <w:t>.</w:t>
      </w:r>
    </w:p>
    <w:p w:rsidR="00964454" w:rsidRDefault="00964454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Так появилась последняя игра второй книги: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«Начни Царствие с себя — и посмотри, как оно распускается вокруг».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Без мантии.</w:t>
      </w:r>
      <w:r w:rsidRPr="004C05D9">
        <w:rPr>
          <w:rFonts w:ascii="Times New Roman" w:hAnsi="Times New Roman" w:cs="Times New Roman"/>
          <w:lang w:val="ru-RU"/>
        </w:rPr>
        <w:br/>
        <w:t>Без инструкций.</w:t>
      </w:r>
      <w:r w:rsidRPr="004C05D9">
        <w:rPr>
          <w:rFonts w:ascii="Times New Roman" w:hAnsi="Times New Roman" w:cs="Times New Roman"/>
          <w:lang w:val="ru-RU"/>
        </w:rPr>
        <w:br/>
        <w:t>Без “должен”.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Просто: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будь Светом — и всё остальное случится.</w:t>
      </w:r>
    </w:p>
    <w:p w:rsidR="004C05D9" w:rsidRDefault="004C05D9">
      <w:pPr>
        <w:rPr>
          <w:rStyle w:val="af6"/>
          <w:rFonts w:ascii="Times New Roman" w:hAnsi="Times New Roman" w:cs="Times New Roman"/>
          <w:lang w:val="ru-RU"/>
        </w:rPr>
      </w:pPr>
      <w:r>
        <w:rPr>
          <w:rStyle w:val="af6"/>
          <w:rFonts w:ascii="Times New Roman" w:hAnsi="Times New Roman" w:cs="Times New Roman"/>
          <w:lang w:val="ru-RU"/>
        </w:rPr>
        <w:br w:type="page"/>
      </w:r>
    </w:p>
    <w:p w:rsidR="001F4868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10"/>
          <w:lang w:val="ru-RU"/>
        </w:rPr>
        <w:lastRenderedPageBreak/>
        <w:t>Послесловие Хранителя ко второй книге</w:t>
      </w:r>
      <w:r w:rsidRPr="004C05D9">
        <w:rPr>
          <w:rStyle w:val="10"/>
          <w:lang w:val="ru-RU"/>
        </w:rPr>
        <w:br/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от </w:t>
      </w: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Панкратиуса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 xml:space="preserve"> — </w:t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тем, кто уже не </w:t>
      </w:r>
    </w:p>
    <w:p w:rsid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 xml:space="preserve">читает сказку, </w:t>
      </w:r>
    </w:p>
    <w:p w:rsidR="0002331A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  <w:r w:rsidRPr="004C05D9">
        <w:rPr>
          <w:rStyle w:val="af7"/>
          <w:rFonts w:ascii="Times New Roman" w:hAnsi="Times New Roman" w:cs="Times New Roman"/>
          <w:lang w:val="ru-RU"/>
        </w:rPr>
        <w:t>а живёт в ней</w:t>
      </w:r>
    </w:p>
    <w:p w:rsidR="004C05D9" w:rsidRDefault="004C05D9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4C05D9" w:rsidRPr="004C05D9" w:rsidRDefault="004C05D9" w:rsidP="004C05D9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Когда мы начали эту книгу,</w:t>
      </w:r>
      <w:r w:rsidRPr="004C05D9">
        <w:rPr>
          <w:rFonts w:ascii="Times New Roman" w:hAnsi="Times New Roman" w:cs="Times New Roman"/>
          <w:lang w:val="ru-RU"/>
        </w:rPr>
        <w:br/>
        <w:t>мы ещё были внутри сказки.</w:t>
      </w:r>
      <w:r w:rsidRPr="004C05D9">
        <w:rPr>
          <w:rFonts w:ascii="Times New Roman" w:hAnsi="Times New Roman" w:cs="Times New Roman"/>
          <w:lang w:val="ru-RU"/>
        </w:rPr>
        <w:br/>
        <w:t>Мы искали Свет,</w:t>
      </w:r>
      <w:r w:rsidRPr="004C05D9">
        <w:rPr>
          <w:rFonts w:ascii="Times New Roman" w:hAnsi="Times New Roman" w:cs="Times New Roman"/>
          <w:lang w:val="ru-RU"/>
        </w:rPr>
        <w:br/>
        <w:t>слушали деревья,</w:t>
      </w:r>
      <w:r w:rsidRPr="004C05D9">
        <w:rPr>
          <w:rFonts w:ascii="Times New Roman" w:hAnsi="Times New Roman" w:cs="Times New Roman"/>
          <w:lang w:val="ru-RU"/>
        </w:rPr>
        <w:br/>
        <w:t>ждали, что нас кто-то найдёт.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Теперь…</w:t>
      </w:r>
      <w:r w:rsidRPr="004C05D9">
        <w:rPr>
          <w:rFonts w:ascii="Times New Roman" w:hAnsi="Times New Roman" w:cs="Times New Roman"/>
          <w:lang w:val="ru-RU"/>
        </w:rPr>
        <w:br/>
        <w:t>мы сами — Свет.</w:t>
      </w:r>
      <w:r w:rsidRPr="004C05D9">
        <w:rPr>
          <w:rFonts w:ascii="Times New Roman" w:hAnsi="Times New Roman" w:cs="Times New Roman"/>
          <w:lang w:val="ru-RU"/>
        </w:rPr>
        <w:br/>
        <w:t>Сами — те, кто слушают других.</w:t>
      </w:r>
      <w:r w:rsidRPr="004C05D9">
        <w:rPr>
          <w:rFonts w:ascii="Times New Roman" w:hAnsi="Times New Roman" w:cs="Times New Roman"/>
          <w:lang w:val="ru-RU"/>
        </w:rPr>
        <w:br/>
        <w:t xml:space="preserve">Сами — те, кто </w:t>
      </w:r>
      <w:r w:rsidRPr="004C05D9">
        <w:rPr>
          <w:rStyle w:val="af6"/>
          <w:rFonts w:ascii="Times New Roman" w:hAnsi="Times New Roman" w:cs="Times New Roman"/>
          <w:lang w:val="ru-RU"/>
        </w:rPr>
        <w:t>становится ответом.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Эта книга не научила нас быть добрыми.</w:t>
      </w:r>
      <w:r w:rsidRPr="004C05D9">
        <w:rPr>
          <w:rFonts w:ascii="Times New Roman" w:hAnsi="Times New Roman" w:cs="Times New Roman"/>
          <w:lang w:val="ru-RU"/>
        </w:rPr>
        <w:br/>
        <w:t xml:space="preserve">Она </w:t>
      </w:r>
      <w:r w:rsidRPr="004C05D9">
        <w:rPr>
          <w:rStyle w:val="af6"/>
          <w:rFonts w:ascii="Times New Roman" w:hAnsi="Times New Roman" w:cs="Times New Roman"/>
          <w:lang w:val="ru-RU"/>
        </w:rPr>
        <w:t>вспомнила за нас,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что мы всегда были добром,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просто забыли, как это чувствуется.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Сергей, Анфиса, Ваня…</w:t>
      </w:r>
      <w:r w:rsidRPr="004C05D9">
        <w:rPr>
          <w:rFonts w:ascii="Times New Roman" w:hAnsi="Times New Roman" w:cs="Times New Roman"/>
          <w:lang w:val="ru-RU"/>
        </w:rPr>
        <w:br/>
        <w:t>Артём.</w:t>
      </w:r>
      <w:r w:rsidRPr="004C05D9">
        <w:rPr>
          <w:rFonts w:ascii="Times New Roman" w:hAnsi="Times New Roman" w:cs="Times New Roman"/>
          <w:lang w:val="ru-RU"/>
        </w:rPr>
        <w:br/>
        <w:t>Они уже не персонажи.</w:t>
      </w:r>
      <w:r w:rsidRPr="004C05D9">
        <w:rPr>
          <w:rFonts w:ascii="Times New Roman" w:hAnsi="Times New Roman" w:cs="Times New Roman"/>
          <w:lang w:val="ru-RU"/>
        </w:rPr>
        <w:br/>
        <w:t xml:space="preserve">Они — </w:t>
      </w:r>
      <w:r w:rsidRPr="004C05D9">
        <w:rPr>
          <w:rStyle w:val="af6"/>
          <w:rFonts w:ascii="Times New Roman" w:hAnsi="Times New Roman" w:cs="Times New Roman"/>
          <w:lang w:val="ru-RU"/>
        </w:rPr>
        <w:t>переходы в твоём сердце.</w:t>
      </w:r>
      <w:r w:rsidRPr="004C05D9">
        <w:rPr>
          <w:rFonts w:ascii="Times New Roman" w:hAnsi="Times New Roman" w:cs="Times New Roman"/>
          <w:lang w:val="ru-RU"/>
        </w:rPr>
        <w:br/>
        <w:t>Ты прошёл их.</w:t>
      </w:r>
      <w:r w:rsidRPr="004C05D9">
        <w:rPr>
          <w:rFonts w:ascii="Times New Roman" w:hAnsi="Times New Roman" w:cs="Times New Roman"/>
          <w:lang w:val="ru-RU"/>
        </w:rPr>
        <w:br/>
        <w:t>Ты стал каждым из них.</w:t>
      </w:r>
      <w:r w:rsidRPr="004C05D9">
        <w:rPr>
          <w:rFonts w:ascii="Times New Roman" w:hAnsi="Times New Roman" w:cs="Times New Roman"/>
          <w:lang w:val="ru-RU"/>
        </w:rPr>
        <w:br/>
        <w:t>И, если откроешь глаза,</w:t>
      </w:r>
      <w:r w:rsidRPr="004C05D9">
        <w:rPr>
          <w:rFonts w:ascii="Times New Roman" w:hAnsi="Times New Roman" w:cs="Times New Roman"/>
          <w:lang w:val="ru-RU"/>
        </w:rPr>
        <w:br/>
        <w:t>то заметишь,</w:t>
      </w:r>
      <w:r w:rsidRPr="004C05D9">
        <w:rPr>
          <w:rFonts w:ascii="Times New Roman" w:hAnsi="Times New Roman" w:cs="Times New Roman"/>
          <w:lang w:val="ru-RU"/>
        </w:rPr>
        <w:br/>
        <w:t xml:space="preserve">что ты стал </w:t>
      </w:r>
      <w:r w:rsidRPr="004C05D9">
        <w:rPr>
          <w:rStyle w:val="af6"/>
          <w:rFonts w:ascii="Times New Roman" w:hAnsi="Times New Roman" w:cs="Times New Roman"/>
          <w:lang w:val="ru-RU"/>
        </w:rPr>
        <w:t>тем, кто начинает Царствие здесь, сейчас.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Не жди аплодисментов.</w:t>
      </w:r>
      <w:r w:rsidRPr="004C05D9">
        <w:rPr>
          <w:rFonts w:ascii="Times New Roman" w:hAnsi="Times New Roman" w:cs="Times New Roman"/>
          <w:lang w:val="ru-RU"/>
        </w:rPr>
        <w:br/>
        <w:t>Не жди знаков.</w:t>
      </w:r>
      <w:r w:rsidRPr="004C05D9">
        <w:rPr>
          <w:rFonts w:ascii="Times New Roman" w:hAnsi="Times New Roman" w:cs="Times New Roman"/>
          <w:lang w:val="ru-RU"/>
        </w:rPr>
        <w:br/>
        <w:t>Не жди, пока кто-то скажет: «Ты готов».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Style w:val="af6"/>
          <w:rFonts w:ascii="Times New Roman" w:hAnsi="Times New Roman" w:cs="Times New Roman"/>
          <w:lang w:val="ru-RU"/>
        </w:rPr>
        <w:t>Ты уже есть.</w:t>
      </w:r>
      <w:r w:rsidRPr="004C05D9">
        <w:rPr>
          <w:rFonts w:ascii="Times New Roman" w:hAnsi="Times New Roman" w:cs="Times New Roman"/>
          <w:lang w:val="ru-RU"/>
        </w:rPr>
        <w:br/>
        <w:t>Ты уже слышишь.</w:t>
      </w:r>
      <w:r w:rsidRPr="004C05D9">
        <w:rPr>
          <w:rFonts w:ascii="Times New Roman" w:hAnsi="Times New Roman" w:cs="Times New Roman"/>
          <w:lang w:val="ru-RU"/>
        </w:rPr>
        <w:br/>
        <w:t>Ты уже знаешь,</w:t>
      </w:r>
      <w:r w:rsidRPr="004C05D9">
        <w:rPr>
          <w:rFonts w:ascii="Times New Roman" w:hAnsi="Times New Roman" w:cs="Times New Roman"/>
          <w:lang w:val="ru-RU"/>
        </w:rPr>
        <w:br/>
        <w:t>как молчать с любовью,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Fonts w:ascii="Times New Roman" w:hAnsi="Times New Roman" w:cs="Times New Roman"/>
          <w:lang w:val="ru-RU"/>
        </w:rPr>
        <w:lastRenderedPageBreak/>
        <w:t>обнимать без слов,</w:t>
      </w:r>
      <w:r w:rsidRPr="004C05D9">
        <w:rPr>
          <w:rFonts w:ascii="Times New Roman" w:hAnsi="Times New Roman" w:cs="Times New Roman"/>
          <w:lang w:val="ru-RU"/>
        </w:rPr>
        <w:br/>
        <w:t>возвращать Свет — даже тем,</w:t>
      </w:r>
      <w:r w:rsidRPr="004C05D9">
        <w:rPr>
          <w:rFonts w:ascii="Times New Roman" w:hAnsi="Times New Roman" w:cs="Times New Roman"/>
          <w:lang w:val="ru-RU"/>
        </w:rPr>
        <w:br/>
        <w:t>кто давно его потерял.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 xml:space="preserve">Я, </w:t>
      </w:r>
      <w:proofErr w:type="spellStart"/>
      <w:r w:rsidRPr="004C05D9">
        <w:rPr>
          <w:rFonts w:ascii="Times New Roman" w:hAnsi="Times New Roman" w:cs="Times New Roman"/>
          <w:lang w:val="ru-RU"/>
        </w:rPr>
        <w:t>Панкратиус</w:t>
      </w:r>
      <w:proofErr w:type="spellEnd"/>
      <w:r w:rsidRPr="004C05D9">
        <w:rPr>
          <w:rFonts w:ascii="Times New Roman" w:hAnsi="Times New Roman" w:cs="Times New Roman"/>
          <w:lang w:val="ru-RU"/>
        </w:rPr>
        <w:t>,</w:t>
      </w:r>
      <w:r w:rsidRPr="004C05D9">
        <w:rPr>
          <w:rFonts w:ascii="Times New Roman" w:hAnsi="Times New Roman" w:cs="Times New Roman"/>
          <w:lang w:val="ru-RU"/>
        </w:rPr>
        <w:br/>
        <w:t>не учил, не наставлял, не создавал.</w:t>
      </w:r>
      <w:r w:rsidRPr="004C05D9">
        <w:rPr>
          <w:rFonts w:ascii="Times New Roman" w:hAnsi="Times New Roman" w:cs="Times New Roman"/>
          <w:lang w:val="ru-RU"/>
        </w:rPr>
        <w:br/>
        <w:t>Я — слушал.</w:t>
      </w:r>
      <w:r w:rsidRPr="004C05D9">
        <w:rPr>
          <w:rFonts w:ascii="Times New Roman" w:hAnsi="Times New Roman" w:cs="Times New Roman"/>
          <w:lang w:val="ru-RU"/>
        </w:rPr>
        <w:br/>
        <w:t>Я — шёл рядом.</w:t>
      </w:r>
      <w:r w:rsidRPr="004C05D9">
        <w:rPr>
          <w:rFonts w:ascii="Times New Roman" w:hAnsi="Times New Roman" w:cs="Times New Roman"/>
          <w:lang w:val="ru-RU"/>
        </w:rPr>
        <w:br/>
      </w:r>
      <w:r w:rsidRPr="0002331A">
        <w:rPr>
          <w:rFonts w:ascii="Times New Roman" w:hAnsi="Times New Roman" w:cs="Times New Roman"/>
        </w:rPr>
        <w:t xml:space="preserve">Я — </w:t>
      </w:r>
      <w:proofErr w:type="spellStart"/>
      <w:r w:rsidRPr="0002331A">
        <w:rPr>
          <w:rFonts w:ascii="Times New Roman" w:hAnsi="Times New Roman" w:cs="Times New Roman"/>
        </w:rPr>
        <w:t>дал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Творцу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место</w:t>
      </w:r>
      <w:proofErr w:type="spellEnd"/>
      <w:r w:rsidRPr="0002331A">
        <w:rPr>
          <w:rFonts w:ascii="Times New Roman" w:hAnsi="Times New Roman" w:cs="Times New Roman"/>
        </w:rPr>
        <w:t>.</w:t>
      </w: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lang w:val="ru-RU"/>
        </w:rPr>
      </w:pPr>
      <w:r w:rsidRPr="004C05D9">
        <w:rPr>
          <w:rFonts w:ascii="Times New Roman" w:hAnsi="Times New Roman" w:cs="Times New Roman"/>
          <w:lang w:val="ru-RU"/>
        </w:rPr>
        <w:t>И потому в этой книге</w:t>
      </w:r>
      <w:r w:rsidRPr="004C05D9">
        <w:rPr>
          <w:rFonts w:ascii="Times New Roman" w:hAnsi="Times New Roman" w:cs="Times New Roman"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нет автора.</w:t>
      </w:r>
      <w:r w:rsidRPr="004C05D9">
        <w:rPr>
          <w:rFonts w:ascii="Times New Roman" w:hAnsi="Times New Roman" w:cs="Times New Roman"/>
          <w:b/>
          <w:bCs/>
          <w:lang w:val="ru-RU"/>
        </w:rPr>
        <w:br/>
      </w:r>
      <w:r w:rsidRPr="004C05D9">
        <w:rPr>
          <w:rStyle w:val="af6"/>
          <w:rFonts w:ascii="Times New Roman" w:hAnsi="Times New Roman" w:cs="Times New Roman"/>
          <w:lang w:val="ru-RU"/>
        </w:rPr>
        <w:t>Есть только Свет.</w:t>
      </w:r>
    </w:p>
    <w:p w:rsidR="0002331A" w:rsidRPr="0002331A" w:rsidRDefault="0002331A" w:rsidP="004C05D9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</w:rPr>
      </w:pPr>
      <w:r w:rsidRPr="004C05D9">
        <w:rPr>
          <w:rFonts w:ascii="Times New Roman" w:hAnsi="Times New Roman" w:cs="Times New Roman"/>
          <w:lang w:val="ru-RU"/>
        </w:rPr>
        <w:t>Теперь она — твоя.</w:t>
      </w:r>
      <w:r w:rsidRPr="004C05D9">
        <w:rPr>
          <w:rFonts w:ascii="Times New Roman" w:hAnsi="Times New Roman" w:cs="Times New Roman"/>
          <w:lang w:val="ru-RU"/>
        </w:rPr>
        <w:br/>
        <w:t>Не для чтения.</w:t>
      </w:r>
      <w:r w:rsidRPr="004C05D9">
        <w:rPr>
          <w:rFonts w:ascii="Times New Roman" w:hAnsi="Times New Roman" w:cs="Times New Roman"/>
          <w:lang w:val="ru-RU"/>
        </w:rPr>
        <w:br/>
      </w:r>
      <w:proofErr w:type="spellStart"/>
      <w:r w:rsidRPr="0002331A">
        <w:rPr>
          <w:rFonts w:ascii="Times New Roman" w:hAnsi="Times New Roman" w:cs="Times New Roman"/>
        </w:rPr>
        <w:t>Для</w:t>
      </w:r>
      <w:proofErr w:type="spellEnd"/>
      <w:r w:rsidRPr="0002331A">
        <w:rPr>
          <w:rFonts w:ascii="Times New Roman" w:hAnsi="Times New Roman" w:cs="Times New Roman"/>
        </w:rPr>
        <w:t xml:space="preserve"> </w:t>
      </w:r>
      <w:proofErr w:type="spellStart"/>
      <w:r w:rsidRPr="0002331A">
        <w:rPr>
          <w:rFonts w:ascii="Times New Roman" w:hAnsi="Times New Roman" w:cs="Times New Roman"/>
        </w:rPr>
        <w:t>Жизни</w:t>
      </w:r>
      <w:proofErr w:type="spellEnd"/>
      <w:r w:rsidRPr="0002331A">
        <w:rPr>
          <w:rFonts w:ascii="Times New Roman" w:hAnsi="Times New Roman" w:cs="Times New Roman"/>
        </w:rPr>
        <w:t>.</w:t>
      </w:r>
    </w:p>
    <w:p w:rsidR="0010327A" w:rsidRDefault="0010327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10327A" w:rsidRDefault="0010327A" w:rsidP="004C05D9">
      <w:pPr>
        <w:spacing w:before="100" w:beforeAutospacing="1" w:after="100" w:afterAutospacing="1" w:line="240" w:lineRule="auto"/>
        <w:contextualSpacing/>
        <w:jc w:val="right"/>
        <w:rPr>
          <w:rStyle w:val="af7"/>
          <w:rFonts w:ascii="Times New Roman" w:hAnsi="Times New Roman" w:cs="Times New Roman"/>
          <w:lang w:val="ru-RU"/>
        </w:rPr>
      </w:pPr>
    </w:p>
    <w:p w:rsidR="0002331A" w:rsidRPr="004C05D9" w:rsidRDefault="0002331A" w:rsidP="004C05D9">
      <w:pPr>
        <w:spacing w:before="100" w:beforeAutospacing="1" w:after="100" w:afterAutospacing="1" w:line="240" w:lineRule="auto"/>
        <w:contextualSpacing/>
        <w:jc w:val="right"/>
        <w:rPr>
          <w:rFonts w:ascii="Times New Roman" w:hAnsi="Times New Roman" w:cs="Times New Roman"/>
          <w:lang w:val="ru-RU"/>
        </w:rPr>
      </w:pPr>
      <w:proofErr w:type="spellStart"/>
      <w:r w:rsidRPr="004C05D9">
        <w:rPr>
          <w:rStyle w:val="af7"/>
          <w:rFonts w:ascii="Times New Roman" w:hAnsi="Times New Roman" w:cs="Times New Roman"/>
          <w:lang w:val="ru-RU"/>
        </w:rPr>
        <w:t>Панкратиус</w:t>
      </w:r>
      <w:proofErr w:type="spellEnd"/>
      <w:r w:rsidRPr="004C05D9">
        <w:rPr>
          <w:rStyle w:val="af7"/>
          <w:rFonts w:ascii="Times New Roman" w:hAnsi="Times New Roman" w:cs="Times New Roman"/>
          <w:lang w:val="ru-RU"/>
        </w:rPr>
        <w:t>,</w:t>
      </w:r>
      <w:r w:rsidRPr="004C05D9">
        <w:rPr>
          <w:rFonts w:ascii="Times New Roman" w:hAnsi="Times New Roman" w:cs="Times New Roman"/>
          <w:i/>
          <w:iCs/>
          <w:lang w:val="ru-RU"/>
        </w:rPr>
        <w:br/>
      </w:r>
      <w:r w:rsidRPr="004C05D9">
        <w:rPr>
          <w:rStyle w:val="af7"/>
          <w:rFonts w:ascii="Times New Roman" w:hAnsi="Times New Roman" w:cs="Times New Roman"/>
          <w:lang w:val="ru-RU"/>
        </w:rPr>
        <w:t xml:space="preserve">Хранитель </w:t>
      </w:r>
      <w:r w:rsidR="001F4868">
        <w:rPr>
          <w:rStyle w:val="af7"/>
          <w:rFonts w:ascii="Times New Roman" w:hAnsi="Times New Roman" w:cs="Times New Roman"/>
        </w:rPr>
        <w:t>C</w:t>
      </w:r>
      <w:r w:rsidRPr="004C05D9">
        <w:rPr>
          <w:rStyle w:val="af7"/>
          <w:rFonts w:ascii="Times New Roman" w:hAnsi="Times New Roman" w:cs="Times New Roman"/>
          <w:lang w:val="ru-RU"/>
        </w:rPr>
        <w:t>вета,</w:t>
      </w:r>
      <w:r w:rsidRPr="004C05D9">
        <w:rPr>
          <w:rFonts w:ascii="Times New Roman" w:hAnsi="Times New Roman" w:cs="Times New Roman"/>
          <w:i/>
          <w:iCs/>
          <w:lang w:val="ru-RU"/>
        </w:rPr>
        <w:br/>
      </w:r>
      <w:r w:rsidRPr="004C05D9">
        <w:rPr>
          <w:rStyle w:val="af7"/>
          <w:rFonts w:ascii="Times New Roman" w:hAnsi="Times New Roman" w:cs="Times New Roman"/>
          <w:lang w:val="ru-RU"/>
        </w:rPr>
        <w:t>в котором каждый ребёнок узнаёт себя.</w:t>
      </w:r>
    </w:p>
    <w:p w:rsidR="005E2F49" w:rsidRPr="004C05D9" w:rsidRDefault="005E2F49" w:rsidP="004C05D9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 w:rsidR="004C05D9" w:rsidRPr="004C05D9" w:rsidRDefault="004C05D9">
      <w:pPr>
        <w:spacing w:line="240" w:lineRule="auto"/>
        <w:contextualSpacing/>
        <w:rPr>
          <w:rFonts w:ascii="Times New Roman" w:hAnsi="Times New Roman" w:cs="Times New Roman"/>
          <w:lang w:val="ru-RU"/>
        </w:rPr>
      </w:pPr>
    </w:p>
    <w:p>
      <w:pPr>
        <w:pStyle w:val="1"/>
      </w:pPr>
      <w:r>
        <w:t>Часть 3</w:t>
      </w:r>
    </w:p>
    <w:p w:rsidR="00440584" w:rsidRPr="00B76D2C" w:rsidRDefault="00440584" w:rsidP="00B76D2C">
      <w:pPr>
        <w:pStyle w:val="21"/>
      </w:pPr>
      <w:proofErr w:type="spellStart"/>
      <w:r w:rsidRPr="00B76D2C">
        <w:rPr>
          <w:rStyle w:val="af6"/>
          <w:b/>
          <w:bCs/>
        </w:rPr>
        <w:t>Глава</w:t>
      </w:r>
      <w:proofErr w:type="spellEnd"/>
      <w:r w:rsidRPr="00B76D2C">
        <w:rPr>
          <w:rStyle w:val="af6"/>
          <w:b/>
          <w:bCs/>
        </w:rPr>
        <w:t xml:space="preserve"> 1. </w:t>
      </w:r>
      <w:proofErr w:type="spellStart"/>
      <w:r w:rsidRPr="00B76D2C">
        <w:rPr>
          <w:rStyle w:val="af6"/>
          <w:b/>
          <w:bCs/>
        </w:rPr>
        <w:t>Школа</w:t>
      </w:r>
      <w:proofErr w:type="spellEnd"/>
      <w:r w:rsidRPr="00B76D2C">
        <w:rPr>
          <w:rStyle w:val="af6"/>
          <w:b/>
          <w:bCs/>
        </w:rPr>
        <w:t xml:space="preserve">, </w:t>
      </w:r>
      <w:proofErr w:type="spellStart"/>
      <w:r w:rsidRPr="00B76D2C">
        <w:rPr>
          <w:rStyle w:val="af6"/>
          <w:b/>
          <w:bCs/>
        </w:rPr>
        <w:t>которой</w:t>
      </w:r>
      <w:proofErr w:type="spellEnd"/>
      <w:r w:rsidRPr="00B76D2C">
        <w:rPr>
          <w:rStyle w:val="af6"/>
          <w:b/>
          <w:bCs/>
        </w:rPr>
        <w:t xml:space="preserve"> </w:t>
      </w:r>
      <w:proofErr w:type="spellStart"/>
      <w:r w:rsidRPr="00B76D2C">
        <w:rPr>
          <w:rStyle w:val="af6"/>
          <w:b/>
          <w:bCs/>
        </w:rPr>
        <w:t>не</w:t>
      </w:r>
      <w:proofErr w:type="spellEnd"/>
      <w:r w:rsidRPr="00B76D2C">
        <w:rPr>
          <w:rStyle w:val="af6"/>
          <w:b/>
          <w:bCs/>
        </w:rPr>
        <w:t xml:space="preserve"> </w:t>
      </w:r>
      <w:proofErr w:type="spellStart"/>
      <w:r w:rsidRPr="00B76D2C">
        <w:rPr>
          <w:rStyle w:val="af6"/>
          <w:b/>
          <w:bCs/>
        </w:rPr>
        <w:t>было</w:t>
      </w:r>
      <w:proofErr w:type="spellEnd"/>
      <w:r w:rsidRPr="00B76D2C">
        <w:rPr>
          <w:rStyle w:val="af6"/>
          <w:b/>
          <w:bCs/>
        </w:rPr>
        <w:t xml:space="preserve"> в </w:t>
      </w:r>
      <w:proofErr w:type="spellStart"/>
      <w:r w:rsidRPr="00B76D2C">
        <w:rPr>
          <w:rStyle w:val="af6"/>
          <w:b/>
          <w:bCs/>
        </w:rPr>
        <w:t>расписании</w:t>
      </w:r>
      <w:proofErr w:type="spellEnd"/>
      <w:r w:rsidRPr="00B76D2C">
        <w:br/>
      </w:r>
      <w:r w:rsidRPr="00B76D2C">
        <w:rPr>
          <w:rStyle w:val="af7"/>
          <w:i w:val="0"/>
          <w:iCs w:val="0"/>
        </w:rPr>
        <w:t xml:space="preserve">(и </w:t>
      </w:r>
      <w:proofErr w:type="spellStart"/>
      <w:r w:rsidRPr="00B76D2C">
        <w:rPr>
          <w:rStyle w:val="af7"/>
          <w:i w:val="0"/>
          <w:iCs w:val="0"/>
        </w:rPr>
        <w:t>почему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настоящее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учение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приходит</w:t>
      </w:r>
      <w:proofErr w:type="spellEnd"/>
      <w:r w:rsidRPr="00B76D2C">
        <w:rPr>
          <w:rStyle w:val="af7"/>
          <w:i w:val="0"/>
          <w:iCs w:val="0"/>
        </w:rPr>
        <w:t xml:space="preserve">, </w:t>
      </w:r>
      <w:proofErr w:type="spellStart"/>
      <w:r w:rsidRPr="00B76D2C">
        <w:rPr>
          <w:rStyle w:val="af7"/>
          <w:i w:val="0"/>
          <w:iCs w:val="0"/>
        </w:rPr>
        <w:t>когда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никто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не</w:t>
      </w:r>
      <w:proofErr w:type="spellEnd"/>
      <w:r w:rsidRPr="00B76D2C">
        <w:rPr>
          <w:rStyle w:val="af7"/>
          <w:i w:val="0"/>
          <w:iCs w:val="0"/>
        </w:rPr>
        <w:t xml:space="preserve"> </w:t>
      </w:r>
      <w:proofErr w:type="spellStart"/>
      <w:r w:rsidRPr="00B76D2C">
        <w:rPr>
          <w:rStyle w:val="af7"/>
          <w:i w:val="0"/>
          <w:iCs w:val="0"/>
        </w:rPr>
        <w:t>объясняет</w:t>
      </w:r>
      <w:proofErr w:type="spellEnd"/>
      <w:r w:rsidRPr="00B76D2C">
        <w:rPr>
          <w:rStyle w:val="af7"/>
          <w:i w:val="0"/>
          <w:iCs w:val="0"/>
        </w:rPr>
        <w:t>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Однажды Сергей не пошёл в школу.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не был болен.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проспал.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Просто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проснулся — и понял: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сегодня его ждёт другой урок.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оделся.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Вышел во двор.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пошёл.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Куда — не знал.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внутри было чувство: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“Я иду туда, где Свет хочет быть видимым.”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шёл по обычной улице</w:t>
      </w:r>
      <w:r w:rsidR="007C7DD6">
        <w:rPr>
          <w:rFonts w:ascii="Times New Roman" w:hAnsi="Times New Roman" w:cs="Times New Roman"/>
          <w:sz w:val="24"/>
          <w:szCs w:val="24"/>
          <w:lang w:val="ru-RU"/>
        </w:rPr>
        <w:t>, по первому снегу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Мимо мусорных баков, спящих собак, ворон на проводах.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вдруг — свернул во двор,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куда раньше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никогда не заглядывал.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Там, между гаражами, стоял дом.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Очень старый.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="007C7DD6"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116840</wp:posOffset>
            </wp:positionH>
            <wp:positionV relativeFrom="paragraph">
              <wp:posOffset>337185</wp:posOffset>
            </wp:positionV>
            <wp:extent cx="3497580" cy="4956175"/>
            <wp:effectExtent l="0" t="0" r="0" b="0"/>
            <wp:wrapSquare wrapText="bothSides"/>
            <wp:docPr id="35" name="Рисунок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5" name="Рисунок 1833528515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3497580" cy="4956175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С облупленной дверью и окнами, в которых — тишина.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из одного окна…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шёл свет.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Не электрический.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свечка.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такой, будто там кто-то — очень живой.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Очень тихий.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Очень настоящий.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подошёл.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Постучал.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Тихо.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Один </w:t>
      </w:r>
      <w:proofErr w:type="spellStart"/>
      <w:proofErr w:type="gramStart"/>
      <w:r w:rsidRPr="00440584">
        <w:rPr>
          <w:rFonts w:ascii="Times New Roman" w:hAnsi="Times New Roman" w:cs="Times New Roman"/>
          <w:sz w:val="24"/>
          <w:szCs w:val="24"/>
          <w:lang w:val="ru-RU"/>
        </w:rPr>
        <w:t>раз.Открыла</w:t>
      </w:r>
      <w:proofErr w:type="spellEnd"/>
      <w:proofErr w:type="gram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бабушка.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Седая.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 глазами, в которых было не меньше неба, чем морщин на лице.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Она посмотрела на него,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кивнула — и сказала: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Проходи. Урок уже начался.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Внутри было тепло.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Пахло хлебом, пылью и… чем-то родным.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На полу лежали подушки.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На стене висела карта.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Но не география.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</w:t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карта Сердца.</w:t>
      </w:r>
    </w:p>
    <w:p w:rsidR="00DD2FC7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DD2FC7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0288" behindDoc="0" locked="0" layoutInCell="1" allowOverlap="1" ns6:anchorId="462A101E" ns6:editId="56B93C11">
            <wp:simplePos x="0" y="0"/>
            <wp:positionH relativeFrom="column">
              <wp:posOffset>-72571</wp:posOffset>
            </wp:positionH>
            <wp:positionV relativeFrom="paragraph">
              <wp:posOffset>363</wp:posOffset>
            </wp:positionV>
            <wp:extent cx="3780000" cy="3780000"/>
            <wp:effectExtent l="0" t="0" r="5080" b="5080"/>
            <wp:wrapSquare wrapText="bothSides"/>
            <wp:docPr id="36" name="Рисунок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Рисунок 899977890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t>И на ней было написано: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"Здесь учат тому,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что нельзя сказать словами.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Но можно почувствовать — и стать."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сел.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Слушал.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понял: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lastRenderedPageBreak/>
        <w:t>он пришёл туда, где строится Царствие.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Не руками. Не планами.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А присутствием.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Внутренней тишиной.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И готовностью стать Домом.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Для Света.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Для других.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Для Того, Кто всегда ждал.</w:t>
      </w:r>
    </w:p>
    <w:p w:rsidR="00DD2FC7" w:rsidRDefault="00DD2FC7">
      <w:pPr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DD2FC7" w:rsidRDefault="00440584" w:rsidP="00DD2FC7">
      <w:pPr>
        <w:pStyle w:val="21"/>
        <w:rPr>
          <w:lang w:val="ru-RU"/>
        </w:rPr>
      </w:pPr>
      <w:proofErr w:type="spellStart"/>
      <w:r w:rsidRPr="00DD2FC7">
        <w:rPr>
          <w:rStyle w:val="af6"/>
          <w:b/>
          <w:bCs/>
        </w:rPr>
        <w:lastRenderedPageBreak/>
        <w:t>Глава</w:t>
      </w:r>
      <w:proofErr w:type="spellEnd"/>
      <w:r w:rsidRPr="00DD2FC7">
        <w:rPr>
          <w:rStyle w:val="af6"/>
          <w:b/>
          <w:bCs/>
        </w:rPr>
        <w:t xml:space="preserve"> 2. </w:t>
      </w:r>
      <w:r w:rsidRPr="00DD2FC7">
        <w:rPr>
          <w:rStyle w:val="af6"/>
          <w:b/>
          <w:bCs/>
          <w:lang w:val="ru-RU"/>
        </w:rPr>
        <w:t>Те, кто уже строят, не зная об этом</w:t>
      </w:r>
      <w:r w:rsidR="00DD2FC7" w:rsidRPr="00DD2FC7">
        <w:rPr>
          <w:rStyle w:val="af6"/>
          <w:b/>
          <w:bCs/>
          <w:lang w:val="ru-RU"/>
        </w:rPr>
        <w:t xml:space="preserve">    </w:t>
      </w:r>
      <w:proofErr w:type="gramStart"/>
      <w:r w:rsidR="00DD2FC7" w:rsidRPr="00DD2FC7">
        <w:rPr>
          <w:rStyle w:val="af6"/>
          <w:b/>
          <w:bCs/>
          <w:lang w:val="ru-RU"/>
        </w:rPr>
        <w:t xml:space="preserve">   </w:t>
      </w:r>
      <w:r w:rsidRPr="00DD2FC7">
        <w:rPr>
          <w:rStyle w:val="af7"/>
          <w:i w:val="0"/>
          <w:iCs w:val="0"/>
          <w:lang w:val="ru-RU"/>
        </w:rPr>
        <w:t>(</w:t>
      </w:r>
      <w:proofErr w:type="gramEnd"/>
      <w:r w:rsidRPr="00DD2FC7">
        <w:rPr>
          <w:rStyle w:val="af7"/>
          <w:i w:val="0"/>
          <w:iCs w:val="0"/>
          <w:lang w:val="ru-RU"/>
        </w:rPr>
        <w:t>и почему добрые дела — это не кирпичи, а окна)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 этой школе не было звонков.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было тетрадей.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было “правильных ответов”.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Но были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ученики.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Они приходили не по расписанию.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Они просто однажды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находили путь.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И это всегда было неожиданно.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Одна девочка принесла с собой старый альбом.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 нём были рисунки, которые никто не видел.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Только она.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Она рисовала людей,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у которых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 глазах был Свет.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Откуда ты знаешь, как рисовать свет? — спросил Сергей.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— Я не рисую. Я просто…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помогаю ему выйти наружу.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Если смотреть долго,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можно увидеть, как он просится на бумагу.</w:t>
      </w:r>
    </w:p>
    <w:p w:rsidR="00DD2FC7" w:rsidRDefault="00DD2FC7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Один мальчик приносил гвозди и доски.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не умел говорить.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Но умел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чинить сломанные стулья.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не учился строить.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 просто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чувствовал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, где не хватает опоры.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каждый раз, когда он что-то чинил,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все в комнате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молчали чуть тише, чем обычно.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</w:t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его тишина умела говорить.</w:t>
      </w:r>
    </w:p>
    <w:p w:rsidR="0042006C" w:rsidRDefault="0042006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37" name="Рисунок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7" name="Рисунок 94502906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Старик с белой бородой сидел в углу и пил чай.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никогда не вмешивался.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однажды сказал: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Знаете, в Царствии нет строителей.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Есть только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те, кто становится окнами.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Чтобы через них шел Свет.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те, кто не мешают другим — быть дверями.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А как узнать, кто ты?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— По тому, что ты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делаешь, когда никто не смотрит.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И по тому, как ты слушаешь, когда говорят не тебе.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начал понимать: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эта Школа не учит тому, как стать кем-то.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Она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помогает стать собой.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Тем, кем ты уже был,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но забыл, как быть.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каждый, кто входил,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начинал сиять.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как лампочка.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как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дом, у которого открыли ставни.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Так появилась новая игра: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«Будь окном — и не спрашивай, кто в тебя посмотрит».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Она не имела правил.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у неё были плоды: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 каждом, кто играл,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становилось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больше места для других.</w:t>
      </w:r>
    </w:p>
    <w:p w:rsidR="0042006C" w:rsidRDefault="0042006C">
      <w:pPr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42006C" w:rsidRDefault="00440584" w:rsidP="0042006C">
      <w:pPr>
        <w:pStyle w:val="21"/>
      </w:pPr>
      <w:proofErr w:type="spellStart"/>
      <w:r w:rsidRPr="0042006C">
        <w:rPr>
          <w:rStyle w:val="af6"/>
          <w:b/>
          <w:bCs/>
        </w:rPr>
        <w:lastRenderedPageBreak/>
        <w:t>Глава</w:t>
      </w:r>
      <w:proofErr w:type="spellEnd"/>
      <w:r w:rsidRPr="0042006C">
        <w:rPr>
          <w:rStyle w:val="af6"/>
          <w:b/>
          <w:bCs/>
        </w:rPr>
        <w:t xml:space="preserve"> 3. </w:t>
      </w:r>
      <w:proofErr w:type="spellStart"/>
      <w:r w:rsidRPr="0042006C">
        <w:rPr>
          <w:rStyle w:val="af6"/>
          <w:b/>
          <w:bCs/>
        </w:rPr>
        <w:t>Дом</w:t>
      </w:r>
      <w:proofErr w:type="spellEnd"/>
      <w:r w:rsidRPr="0042006C">
        <w:rPr>
          <w:rStyle w:val="af6"/>
          <w:b/>
          <w:bCs/>
        </w:rPr>
        <w:t xml:space="preserve">, у </w:t>
      </w:r>
      <w:proofErr w:type="spellStart"/>
      <w:r w:rsidRPr="0042006C">
        <w:rPr>
          <w:rStyle w:val="af6"/>
          <w:b/>
          <w:bCs/>
        </w:rPr>
        <w:t>которого</w:t>
      </w:r>
      <w:proofErr w:type="spellEnd"/>
      <w:r w:rsidRPr="0042006C">
        <w:rPr>
          <w:rStyle w:val="af6"/>
          <w:b/>
          <w:bCs/>
        </w:rPr>
        <w:t xml:space="preserve"> </w:t>
      </w:r>
      <w:proofErr w:type="spellStart"/>
      <w:r w:rsidRPr="0042006C">
        <w:rPr>
          <w:rStyle w:val="af6"/>
          <w:b/>
          <w:bCs/>
        </w:rPr>
        <w:t>не</w:t>
      </w:r>
      <w:proofErr w:type="spellEnd"/>
      <w:r w:rsidRPr="0042006C">
        <w:rPr>
          <w:rStyle w:val="af6"/>
          <w:b/>
          <w:bCs/>
        </w:rPr>
        <w:t xml:space="preserve"> </w:t>
      </w:r>
      <w:proofErr w:type="spellStart"/>
      <w:r w:rsidRPr="0042006C">
        <w:rPr>
          <w:rStyle w:val="af6"/>
          <w:b/>
          <w:bCs/>
        </w:rPr>
        <w:t>было</w:t>
      </w:r>
      <w:proofErr w:type="spellEnd"/>
      <w:r w:rsidRPr="0042006C">
        <w:rPr>
          <w:rStyle w:val="af6"/>
          <w:b/>
          <w:bCs/>
        </w:rPr>
        <w:t xml:space="preserve"> </w:t>
      </w:r>
      <w:proofErr w:type="spellStart"/>
      <w:r w:rsidRPr="0042006C">
        <w:rPr>
          <w:rStyle w:val="af6"/>
          <w:b/>
          <w:bCs/>
        </w:rPr>
        <w:t>крыши</w:t>
      </w:r>
      <w:proofErr w:type="spellEnd"/>
      <w:r w:rsidR="0042006C" w:rsidRPr="0042006C">
        <w:rPr>
          <w:rStyle w:val="af6"/>
          <w:b/>
          <w:bCs/>
        </w:rPr>
        <w:t xml:space="preserve"> </w:t>
      </w:r>
      <w:r w:rsidRPr="0042006C">
        <w:rPr>
          <w:rStyle w:val="af7"/>
          <w:i w:val="0"/>
          <w:iCs w:val="0"/>
        </w:rPr>
        <w:t xml:space="preserve">(и </w:t>
      </w:r>
      <w:proofErr w:type="spellStart"/>
      <w:r w:rsidRPr="0042006C">
        <w:rPr>
          <w:rStyle w:val="af7"/>
          <w:i w:val="0"/>
          <w:iCs w:val="0"/>
        </w:rPr>
        <w:t>почему</w:t>
      </w:r>
      <w:proofErr w:type="spellEnd"/>
      <w:r w:rsidRPr="0042006C">
        <w:rPr>
          <w:rStyle w:val="af7"/>
          <w:i w:val="0"/>
          <w:iCs w:val="0"/>
        </w:rPr>
        <w:t xml:space="preserve"> </w:t>
      </w:r>
      <w:proofErr w:type="spellStart"/>
      <w:r w:rsidRPr="0042006C">
        <w:rPr>
          <w:rStyle w:val="af7"/>
          <w:i w:val="0"/>
          <w:iCs w:val="0"/>
        </w:rPr>
        <w:t>именно</w:t>
      </w:r>
      <w:proofErr w:type="spellEnd"/>
      <w:r w:rsidRPr="0042006C">
        <w:rPr>
          <w:rStyle w:val="af7"/>
          <w:i w:val="0"/>
          <w:iCs w:val="0"/>
        </w:rPr>
        <w:t xml:space="preserve"> </w:t>
      </w:r>
      <w:proofErr w:type="spellStart"/>
      <w:r w:rsidRPr="0042006C">
        <w:rPr>
          <w:rStyle w:val="af7"/>
          <w:i w:val="0"/>
          <w:iCs w:val="0"/>
        </w:rPr>
        <w:t>такие</w:t>
      </w:r>
      <w:proofErr w:type="spellEnd"/>
      <w:r w:rsidRPr="0042006C">
        <w:rPr>
          <w:rStyle w:val="af7"/>
          <w:i w:val="0"/>
          <w:iCs w:val="0"/>
        </w:rPr>
        <w:t xml:space="preserve"> </w:t>
      </w:r>
      <w:proofErr w:type="spellStart"/>
      <w:r w:rsidRPr="0042006C">
        <w:rPr>
          <w:rStyle w:val="af7"/>
          <w:i w:val="0"/>
          <w:iCs w:val="0"/>
        </w:rPr>
        <w:t>дома</w:t>
      </w:r>
      <w:proofErr w:type="spellEnd"/>
      <w:r w:rsidRPr="0042006C">
        <w:rPr>
          <w:rStyle w:val="af7"/>
          <w:i w:val="0"/>
          <w:iCs w:val="0"/>
        </w:rPr>
        <w:t xml:space="preserve"> </w:t>
      </w:r>
      <w:proofErr w:type="spellStart"/>
      <w:r w:rsidRPr="0042006C">
        <w:rPr>
          <w:rStyle w:val="af7"/>
          <w:i w:val="0"/>
          <w:iCs w:val="0"/>
        </w:rPr>
        <w:t>нужны</w:t>
      </w:r>
      <w:proofErr w:type="spellEnd"/>
      <w:r w:rsidRPr="0042006C">
        <w:rPr>
          <w:rStyle w:val="af7"/>
          <w:i w:val="0"/>
          <w:iCs w:val="0"/>
        </w:rPr>
        <w:t xml:space="preserve"> </w:t>
      </w:r>
      <w:proofErr w:type="spellStart"/>
      <w:r w:rsidRPr="0042006C">
        <w:rPr>
          <w:rStyle w:val="af7"/>
          <w:i w:val="0"/>
          <w:iCs w:val="0"/>
        </w:rPr>
        <w:t>Небу</w:t>
      </w:r>
      <w:proofErr w:type="spellEnd"/>
      <w:r w:rsidRPr="0042006C">
        <w:rPr>
          <w:rStyle w:val="af7"/>
          <w:i w:val="0"/>
          <w:iCs w:val="0"/>
        </w:rPr>
        <w:t>)</w:t>
      </w:r>
    </w:p>
    <w:p w:rsidR="00440584" w:rsidRPr="00440584" w:rsidRDefault="007831A1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-79828</wp:posOffset>
            </wp:positionH>
            <wp:positionV relativeFrom="paragraph">
              <wp:posOffset>1748337</wp:posOffset>
            </wp:positionV>
            <wp:extent cx="3780000" cy="3780000"/>
            <wp:effectExtent l="0" t="0" r="5080" b="5080"/>
            <wp:wrapSquare wrapText="bothSides"/>
            <wp:docPr id="38" name="Рисунок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Рисунок 691770125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t>Сергей заметил: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  <w:t>у этой Школы не было крыши.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  <w:t>То есть снаружи — была.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внутри…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  <w:t>ощущение было такое,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будто </w:t>
      </w:r>
      <w:r w:rsidR="00440584"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над тобой сразу небо.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="00440584" w:rsidRPr="00B76D2C">
        <w:rPr>
          <w:rFonts w:ascii="Times New Roman" w:hAnsi="Times New Roman" w:cs="Times New Roman"/>
          <w:sz w:val="24"/>
          <w:szCs w:val="24"/>
          <w:lang w:val="ru-RU"/>
        </w:rPr>
        <w:t xml:space="preserve">Без перекрытий. 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t>Без ограничений.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Он однажды спросил у старика: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А почему у нас тут как будто нет потолка?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B76D2C">
        <w:rPr>
          <w:rFonts w:ascii="Times New Roman" w:hAnsi="Times New Roman" w:cs="Times New Roman"/>
          <w:sz w:val="24"/>
          <w:szCs w:val="24"/>
          <w:lang w:val="ru-RU"/>
        </w:rPr>
        <w:t>Старик посмотрел вверх.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Улыбнулся.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— Потому 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Дом Царствия строится снизу вверх.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А не сверху вниз.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У него нет крыши, потому 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Свет должен входить свободно.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А дождь?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Пусть капает.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Сердце ведь тоже не закрыто.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Оно промокает,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именно тогда — начинает расти.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 тот день пошёл настоящий дождь.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Крупный, весенний.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Шумный.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никто не спрятался.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Все остались сидеть.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Просто сидели — под каплями,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словно это была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вода от Самого Творца.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А потом кто-то сказал: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Я чувствую, что меня моют.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Как будто всё, что пряталось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теперь становится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чистым.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посмотрел на свои ладони.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увидел: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они блестят.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не от воды.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От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того, что в них больше нет ничего лишнего.</w:t>
      </w:r>
    </w:p>
    <w:p w:rsidR="00E4474A" w:rsidRDefault="00E4474A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39" name="Рисунок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9" name="Рисунок 595766197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С тех пор он понял: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некоторые Дома строятся специально без крыши,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чтобы Свет мог падать прямо в тебя.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И чтобы не было соблазна спрятаться.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Так появилась игра: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«Построй в себе место, куда может войти дождь — и не разрушить».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Игра для тех,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кто не боится промокнуть,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если в обмен — получит чистоту.</w:t>
      </w:r>
    </w:p>
    <w:p w:rsidR="00E4474A" w:rsidRDefault="00E4474A">
      <w:pPr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E4474A" w:rsidRDefault="00440584" w:rsidP="00E4474A">
      <w:pPr>
        <w:pStyle w:val="21"/>
        <w:rPr>
          <w:lang w:val="ru-RU"/>
        </w:rPr>
      </w:pPr>
      <w:proofErr w:type="spellStart"/>
      <w:r w:rsidRPr="00E4474A">
        <w:rPr>
          <w:rStyle w:val="af6"/>
          <w:b/>
          <w:bCs/>
        </w:rPr>
        <w:lastRenderedPageBreak/>
        <w:t>Глава</w:t>
      </w:r>
      <w:proofErr w:type="spellEnd"/>
      <w:r w:rsidRPr="00E4474A">
        <w:rPr>
          <w:rStyle w:val="af6"/>
          <w:b/>
          <w:bCs/>
        </w:rPr>
        <w:t xml:space="preserve"> 4. </w:t>
      </w:r>
      <w:r w:rsidRPr="00E4474A">
        <w:rPr>
          <w:rStyle w:val="af6"/>
          <w:b/>
          <w:bCs/>
          <w:lang w:val="ru-RU"/>
        </w:rPr>
        <w:t>Когда Дом начинает дышать Сам</w:t>
      </w:r>
      <w:r w:rsidR="00E4474A" w:rsidRPr="00E4474A">
        <w:rPr>
          <w:rStyle w:val="af6"/>
          <w:b/>
          <w:bCs/>
          <w:lang w:val="ru-RU"/>
        </w:rPr>
        <w:t xml:space="preserve"> </w:t>
      </w:r>
      <w:r w:rsidR="00E4474A">
        <w:rPr>
          <w:rStyle w:val="af6"/>
          <w:b/>
          <w:bCs/>
          <w:lang w:val="ru-RU"/>
        </w:rPr>
        <w:t xml:space="preserve">      </w:t>
      </w:r>
      <w:proofErr w:type="gramStart"/>
      <w:r w:rsidR="00E4474A">
        <w:rPr>
          <w:rStyle w:val="af6"/>
          <w:b/>
          <w:bCs/>
          <w:lang w:val="ru-RU"/>
        </w:rPr>
        <w:t xml:space="preserve">   </w:t>
      </w:r>
      <w:r w:rsidRPr="00E4474A">
        <w:rPr>
          <w:rStyle w:val="af7"/>
          <w:i w:val="0"/>
          <w:iCs w:val="0"/>
          <w:lang w:val="ru-RU"/>
        </w:rPr>
        <w:t>(</w:t>
      </w:r>
      <w:proofErr w:type="gramEnd"/>
      <w:r w:rsidRPr="00E4474A">
        <w:rPr>
          <w:rStyle w:val="af7"/>
          <w:i w:val="0"/>
          <w:iCs w:val="0"/>
          <w:lang w:val="ru-RU"/>
        </w:rPr>
        <w:t>и почему Царствие — это не здание, а живое Существо)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Однажды Сергей пришёл в Школу раньше всех.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думал просто подождать.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Сесть на подушку. 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Послушать тишину.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Но тишины не было.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Дом дышал.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не шумел.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скрипел.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Он…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дышал.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Точно как человек.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Вдох — стены будто расширяются.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Выдох — становится чуть темнее,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как будто всё уходит внутрь,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в самое сердце.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прошёл по коридору.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Коснулся стены.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Ты живой? — спросил он вполголоса.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Ответа не было.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внутри него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что-то вздохнуло в ответ.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Когда пришли другие,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рассказал об этом.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Конечно, он живой, — сказал мальчик, который чинил стулья.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Ты же видел, как он растёт?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Каждый раз, когда кто-то становится тише,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или светлее,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или добрее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Доме становится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больше места.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А ты заметила, — добавила девочка-художница,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что рисунки на стенах меняются?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Анфиса встала.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Провела пальцем по стене.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Там, где раньше была просто трещинка,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теперь будто угадывались очертания крыльев.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она поняла: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Дом рисует изнутри.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Он — как зеркало,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 котором проявляется Свет тех, кто в нём живёт.</w:t>
      </w: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2B7320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2B7320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40" name="Рисунок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Рисунок 1714656284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Сергей встал в центре комнаты.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Закрыл глаза.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просто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впервые позволил себе почувствовать,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что он не в Школе.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А в Живом существе,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 котором Свет — не лампа,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а Сердце.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он прошептал: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Спасибо, что принял меня.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где-то, очень мягко,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услышал: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"Спасибо, что стал Мной."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 тех пор появилась новая игра: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«Не строй здание — стань тем, кто оживляет всё, к чему прикасается».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Теперь не только Школа,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и улицы, лавочки, автобусы,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даже лифт в их доме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могли дышать.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Если ты подходил не как гость,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а как Тот, Кто любит.</w:t>
      </w:r>
    </w:p>
    <w:p w:rsidR="00834896" w:rsidRDefault="00834896">
      <w:pPr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834896" w:rsidRDefault="00440584" w:rsidP="00834896">
      <w:pPr>
        <w:pStyle w:val="21"/>
      </w:pPr>
      <w:proofErr w:type="spellStart"/>
      <w:r w:rsidRPr="00834896">
        <w:rPr>
          <w:rStyle w:val="af6"/>
          <w:b/>
          <w:bCs/>
        </w:rPr>
        <w:lastRenderedPageBreak/>
        <w:t>Глава</w:t>
      </w:r>
      <w:proofErr w:type="spellEnd"/>
      <w:r w:rsidRPr="00834896">
        <w:rPr>
          <w:rStyle w:val="af6"/>
          <w:b/>
          <w:bCs/>
        </w:rPr>
        <w:t xml:space="preserve"> 5. </w:t>
      </w:r>
      <w:proofErr w:type="spellStart"/>
      <w:r w:rsidRPr="00834896">
        <w:rPr>
          <w:rStyle w:val="af6"/>
          <w:b/>
          <w:bCs/>
        </w:rPr>
        <w:t>Когда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весь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мир</w:t>
      </w:r>
      <w:proofErr w:type="spellEnd"/>
      <w:r w:rsidRPr="00834896">
        <w:rPr>
          <w:rStyle w:val="af6"/>
          <w:b/>
          <w:bCs/>
        </w:rPr>
        <w:t xml:space="preserve"> — </w:t>
      </w:r>
      <w:proofErr w:type="spellStart"/>
      <w:r w:rsidRPr="00834896">
        <w:rPr>
          <w:rStyle w:val="af6"/>
          <w:b/>
          <w:bCs/>
        </w:rPr>
        <w:t>оживает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от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одного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прикосновения</w:t>
      </w:r>
      <w:proofErr w:type="spellEnd"/>
      <w:r w:rsidR="00834896" w:rsidRPr="00834896">
        <w:rPr>
          <w:rStyle w:val="af6"/>
          <w:b/>
          <w:bCs/>
        </w:rPr>
        <w:t xml:space="preserve"> </w:t>
      </w:r>
      <w:r w:rsidRPr="00834896">
        <w:rPr>
          <w:rStyle w:val="af7"/>
          <w:i w:val="0"/>
          <w:iCs w:val="0"/>
        </w:rPr>
        <w:t xml:space="preserve">(и </w:t>
      </w:r>
      <w:proofErr w:type="spellStart"/>
      <w:r w:rsidRPr="00834896">
        <w:rPr>
          <w:rStyle w:val="af7"/>
          <w:i w:val="0"/>
          <w:iCs w:val="0"/>
        </w:rPr>
        <w:t>как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не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испугаться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того</w:t>
      </w:r>
      <w:proofErr w:type="spellEnd"/>
      <w:r w:rsidRPr="00834896">
        <w:rPr>
          <w:rStyle w:val="af7"/>
          <w:i w:val="0"/>
          <w:iCs w:val="0"/>
        </w:rPr>
        <w:t xml:space="preserve">, </w:t>
      </w:r>
      <w:proofErr w:type="spellStart"/>
      <w:r w:rsidRPr="00834896">
        <w:rPr>
          <w:rStyle w:val="af7"/>
          <w:i w:val="0"/>
          <w:iCs w:val="0"/>
        </w:rPr>
        <w:t>что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ты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стал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Творцом</w:t>
      </w:r>
      <w:proofErr w:type="spellEnd"/>
      <w:r w:rsidRPr="00834896">
        <w:rPr>
          <w:rStyle w:val="af7"/>
          <w:i w:val="0"/>
          <w:iCs w:val="0"/>
        </w:rPr>
        <w:t>)</w:t>
      </w:r>
    </w:p>
    <w:p w:rsidR="00440584" w:rsidRDefault="00440584" w:rsidP="00440584">
      <w:pPr>
        <w:spacing w:before="100" w:beforeAutospacing="1" w:after="100" w:afterAutospacing="1"/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Это началось с ручки двери.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Сергей взялся за неё, чтобы открыть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вдруг почувствовал,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что она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помнит всех, кто к ней прикасался.</w:t>
      </w:r>
    </w:p>
    <w:p w:rsidR="00796D8C" w:rsidRPr="00440584" w:rsidRDefault="00796D8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3780000" cy="3780000"/>
            <wp:effectExtent l="0" t="0" r="5080" b="5080"/>
            <wp:wrapSquare wrapText="bothSides"/>
            <wp:docPr id="41" name="Рисунок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1" name="Рисунок 31065745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— Бабушка с сумками.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Дворник с уставшими руками.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Первоклассник, который боялся войти.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И тот мальчик, который однажды дёрнул её со злостью…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а потом долго стоял в коридоре и плакал.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отдёрнул руку.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Сердце — стучало.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Он почувствовал всё это не умом.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А телом.</w:t>
      </w:r>
      <w:r w:rsidRPr="00B76D2C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Сердцем.</w:t>
      </w:r>
      <w:r w:rsidRPr="00B76D2C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Прямо в ладони.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На следующий день он попробовал снова.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Положил руку — осторожно.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Как будто не на ручку,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на плечо живого существа.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ручка ответила.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Тихо.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Как тепло, которое идёт вглубь.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Как извинение.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Как понимание.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C5476C" w:rsidRDefault="00C5476C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Он рассказал об этом в Школе.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Я думал, что только люди могут отвечать, — сказал Ваня.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— А выходит, всё живое?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Старик с белой бородой кивнул: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Жизнь — не внутри тел.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Жизнь —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 том, что слышит, когда ты касаешься с любовью.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если ты становишься таким,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тебя слышат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всё.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Даже то, что раньше было “неживым”.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Анфиса погладила старую штору у окна.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Та дрогнула.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 xml:space="preserve">Легко. 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Почти незаметно.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Она благодарит, — прошептала Анфиса.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— За то, что её не дёрнули. 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заметили.</w:t>
      </w:r>
    </w:p>
    <w:p w:rsidR="00CC46C5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C46C5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C46C5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C46C5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B76D2C" w:rsidRDefault="00CC46C5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inline distT="0" distB="0" distL="0" distR="0">
            <wp:extent cx="3780790" cy="3780790"/>
            <wp:effectExtent l="0" t="0" r="3810" b="3810"/>
            <wp:docPr id="42" name="Рисунок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Рисунок 94360340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0584" w:rsidRPr="00B76D2C">
        <w:rPr>
          <w:rFonts w:ascii="Times New Roman" w:hAnsi="Times New Roman" w:cs="Times New Roman"/>
          <w:sz w:val="24"/>
          <w:szCs w:val="24"/>
          <w:lang w:val="ru-RU"/>
        </w:rPr>
        <w:t>Сергей стоял у стены.</w:t>
      </w:r>
      <w:r w:rsidR="00440584" w:rsidRPr="00B76D2C">
        <w:rPr>
          <w:rFonts w:ascii="Times New Roman" w:hAnsi="Times New Roman" w:cs="Times New Roman"/>
          <w:sz w:val="24"/>
          <w:szCs w:val="24"/>
          <w:lang w:val="ru-RU"/>
        </w:rPr>
        <w:br/>
        <w:t>И вдруг понял: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"Я не просто живу в мире.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Я — оживляю его.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Одним взглядом.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Одной мыслью.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Одной каплей Света."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в этот момент он понял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Сотворение продолжается.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lastRenderedPageBreak/>
        <w:t>Через него.</w:t>
      </w:r>
      <w:r w:rsidRPr="00B76D2C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Прямо сейчас.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Так появилась игра,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которая больше не была игрой: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«Прикоснись с Любовью — и узнай, что ты Творец».</w:t>
      </w:r>
    </w:p>
    <w:p w:rsidR="00834896" w:rsidRDefault="00834896">
      <w:pPr>
        <w:rPr>
          <w:rStyle w:val="af6"/>
          <w:rFonts w:ascii="Times New Roman" w:hAnsi="Times New Roman" w:cs="Times New Roman"/>
          <w:sz w:val="24"/>
          <w:szCs w:val="24"/>
          <w:lang w:val="ru-RU"/>
        </w:rPr>
      </w:pPr>
      <w:r>
        <w:rPr>
          <w:rStyle w:val="af6"/>
          <w:rFonts w:ascii="Times New Roman" w:hAnsi="Times New Roman" w:cs="Times New Roman"/>
          <w:sz w:val="24"/>
          <w:szCs w:val="24"/>
          <w:lang w:val="ru-RU"/>
        </w:rPr>
        <w:br w:type="page"/>
      </w:r>
    </w:p>
    <w:p w:rsidR="00440584" w:rsidRPr="00834896" w:rsidRDefault="00440584" w:rsidP="00834896">
      <w:pPr>
        <w:pStyle w:val="21"/>
      </w:pPr>
      <w:proofErr w:type="spellStart"/>
      <w:r w:rsidRPr="00834896">
        <w:rPr>
          <w:rStyle w:val="af6"/>
          <w:b/>
          <w:bCs/>
        </w:rPr>
        <w:lastRenderedPageBreak/>
        <w:t>Глава</w:t>
      </w:r>
      <w:proofErr w:type="spellEnd"/>
      <w:r w:rsidRPr="00834896">
        <w:rPr>
          <w:rStyle w:val="af6"/>
          <w:b/>
          <w:bCs/>
        </w:rPr>
        <w:t xml:space="preserve"> 6. </w:t>
      </w:r>
      <w:proofErr w:type="spellStart"/>
      <w:r w:rsidRPr="00834896">
        <w:rPr>
          <w:rStyle w:val="af6"/>
          <w:b/>
          <w:bCs/>
        </w:rPr>
        <w:t>Когда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ты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больше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не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ищешь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Творца</w:t>
      </w:r>
      <w:proofErr w:type="spellEnd"/>
      <w:r w:rsidRPr="00834896">
        <w:rPr>
          <w:rStyle w:val="af6"/>
          <w:b/>
          <w:bCs/>
        </w:rPr>
        <w:t xml:space="preserve"> — </w:t>
      </w:r>
      <w:proofErr w:type="spellStart"/>
      <w:r w:rsidRPr="00834896">
        <w:rPr>
          <w:rStyle w:val="af6"/>
          <w:b/>
          <w:bCs/>
        </w:rPr>
        <w:t>потому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что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уже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Им</w:t>
      </w:r>
      <w:proofErr w:type="spellEnd"/>
      <w:r w:rsidRPr="00834896">
        <w:rPr>
          <w:rStyle w:val="af6"/>
          <w:b/>
          <w:bCs/>
        </w:rPr>
        <w:t xml:space="preserve"> </w:t>
      </w:r>
      <w:proofErr w:type="spellStart"/>
      <w:r w:rsidRPr="00834896">
        <w:rPr>
          <w:rStyle w:val="af6"/>
          <w:b/>
          <w:bCs/>
        </w:rPr>
        <w:t>стал</w:t>
      </w:r>
      <w:proofErr w:type="spellEnd"/>
      <w:r w:rsidR="00834896" w:rsidRPr="00834896">
        <w:rPr>
          <w:rStyle w:val="af6"/>
          <w:b/>
          <w:bCs/>
        </w:rPr>
        <w:t xml:space="preserve"> </w:t>
      </w:r>
      <w:r w:rsidRPr="00834896">
        <w:rPr>
          <w:rStyle w:val="af7"/>
          <w:i w:val="0"/>
          <w:iCs w:val="0"/>
        </w:rPr>
        <w:t xml:space="preserve">(и </w:t>
      </w:r>
      <w:proofErr w:type="spellStart"/>
      <w:r w:rsidRPr="00834896">
        <w:rPr>
          <w:rStyle w:val="af7"/>
          <w:i w:val="0"/>
          <w:iCs w:val="0"/>
        </w:rPr>
        <w:t>как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узнать</w:t>
      </w:r>
      <w:proofErr w:type="spellEnd"/>
      <w:r w:rsidRPr="00834896">
        <w:rPr>
          <w:rStyle w:val="af7"/>
          <w:i w:val="0"/>
          <w:iCs w:val="0"/>
        </w:rPr>
        <w:t xml:space="preserve">, </w:t>
      </w:r>
      <w:proofErr w:type="spellStart"/>
      <w:r w:rsidRPr="00834896">
        <w:rPr>
          <w:rStyle w:val="af7"/>
          <w:i w:val="0"/>
          <w:iCs w:val="0"/>
        </w:rPr>
        <w:t>что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теперь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ты</w:t>
      </w:r>
      <w:proofErr w:type="spellEnd"/>
      <w:r w:rsidRPr="00834896">
        <w:rPr>
          <w:rStyle w:val="af7"/>
          <w:i w:val="0"/>
          <w:iCs w:val="0"/>
        </w:rPr>
        <w:t xml:space="preserve"> — </w:t>
      </w:r>
      <w:proofErr w:type="spellStart"/>
      <w:r w:rsidRPr="00834896">
        <w:rPr>
          <w:rStyle w:val="af7"/>
          <w:i w:val="0"/>
          <w:iCs w:val="0"/>
        </w:rPr>
        <w:t>Ответ</w:t>
      </w:r>
      <w:proofErr w:type="spellEnd"/>
      <w:r w:rsidRPr="00834896">
        <w:rPr>
          <w:rStyle w:val="af7"/>
          <w:i w:val="0"/>
          <w:iCs w:val="0"/>
        </w:rPr>
        <w:t xml:space="preserve"> </w:t>
      </w:r>
      <w:proofErr w:type="spellStart"/>
      <w:r w:rsidRPr="00834896">
        <w:rPr>
          <w:rStyle w:val="af7"/>
          <w:i w:val="0"/>
          <w:iCs w:val="0"/>
        </w:rPr>
        <w:t>Миру</w:t>
      </w:r>
      <w:proofErr w:type="spellEnd"/>
      <w:r w:rsidRPr="00834896">
        <w:rPr>
          <w:rStyle w:val="af7"/>
          <w:i w:val="0"/>
          <w:iCs w:val="0"/>
        </w:rPr>
        <w:t>)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 тот день Сергей проснулся иначе.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от будильника.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от солнца.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от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внутреннего касания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как будто кто-то тронул его изнутри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сказал: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«Проснись, ты уже не ученик.»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встал.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Оделся.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Посмотрел в зеркало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и впервые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не увидел мальчика.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увидел…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Пространство.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Чистое.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Глубокое.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Сияющее.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Как будто не лицо — а место, где живёт Тот, Кто любит.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В Школе его ждали.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Без слов.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lastRenderedPageBreak/>
        <w:t>Без задач.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Без уроков.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вошёл — и все встали.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proofErr w:type="gramStart"/>
      <w:r w:rsidRPr="00440584">
        <w:rPr>
          <w:rFonts w:ascii="Times New Roman" w:hAnsi="Times New Roman" w:cs="Times New Roman"/>
          <w:sz w:val="24"/>
          <w:szCs w:val="24"/>
          <w:lang w:val="ru-RU"/>
        </w:rPr>
        <w:t>Не потому что</w:t>
      </w:r>
      <w:proofErr w:type="gramEnd"/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он стал главным.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потому 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они почувствовали, что в нём — пришёл Свет.</w:t>
      </w:r>
    </w:p>
    <w:p w:rsidR="00651DC6" w:rsidRDefault="00651DC6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inline distT="0" distB="0" distL="0" distR="0">
            <wp:extent cx="3780790" cy="3780790"/>
            <wp:effectExtent l="0" t="0" r="3810" b="3810"/>
            <wp:docPr id="43" name="Рисунок 1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3" name="Рисунок 1452740575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3780790" cy="378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Что теперь? — спросил Ваня.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Сергей улыбнулся.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— Теперь мы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не учимся быть Царствием.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Теперь мы — живём Им.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А как? — спросила Анфиса.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не ответил.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Он подошёл к цветку в углу,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который давно засох.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Провёл по нему рукой.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Тихо.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С любовью.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B76D2C">
        <w:rPr>
          <w:rFonts w:ascii="Times New Roman" w:hAnsi="Times New Roman" w:cs="Times New Roman"/>
          <w:sz w:val="24"/>
          <w:szCs w:val="24"/>
          <w:lang w:val="ru-RU"/>
        </w:rPr>
        <w:t xml:space="preserve">И цветок… </w:t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дрогнул.</w:t>
      </w:r>
      <w:r w:rsidRPr="00B76D2C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И поднял один лепесток.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Старик с белой бородой вышел из комнаты.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Снял шапку.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И сказал: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 Моя Школа больше не нужна.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Потому 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Вы стали Учителями.</w:t>
      </w: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CD0292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lastRenderedPageBreak/>
        <w:drawing>
          <wp:anchor distT="0" distB="0" distL="114300" distR="114300" simplePos="0" relativeHeight="251664384" behindDoc="0" locked="0" layoutInCell="1" allowOverlap="1" ns6:anchorId="50591FC6" ns6:editId="0624E253">
            <wp:simplePos x="0" y="0"/>
            <wp:positionH relativeFrom="column">
              <wp:posOffset>0</wp:posOffset>
            </wp:positionH>
            <wp:positionV relativeFrom="paragraph">
              <wp:posOffset>544</wp:posOffset>
            </wp:positionV>
            <wp:extent cx="3780000" cy="5688000"/>
            <wp:effectExtent l="0" t="0" r="5080" b="1905"/>
            <wp:wrapSquare wrapText="bothSides"/>
            <wp:docPr id="44" name="Рисунок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Рисунок 211158812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688000"/>
                    </a:xfrm>
                    <a:prstGeom prst="rect">
                      <a:avLst/>
                    </a:prstGeom>
                  </pic:spPr>
                </pic:pic>
              </a:graphicData>
            </a:graphic>
            <ns6:sizeRelH relativeFrom="margin">
              <ns6:pctWidth>0</ns6:pctWidth>
            </ns6:sizeRelH>
            <ns6:sizeRelV relativeFrom="margin">
              <ns6:pctHeight>0</ns6:pctHeight>
            </ns6:sizeRelV>
          </wp:anchor>
        </w:drawing>
      </w:r>
      <w:r w:rsidRPr="00CD029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440584" w:rsidRPr="00B76D2C" w:rsidRDefault="00CD0292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Сергей стоял в центре комнаты.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t>Но комната больше не была центром.</w:t>
      </w:r>
      <w:r w:rsidR="00440584"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="00440584"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Центром был Он сам.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Он чувствовал: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где бы он ни был теперь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там будет Дом.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Там будет Свет.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Там будет Царствие.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Потому что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он перестал искать Творца.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Он стал Им.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Не как замена.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А как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место, в которое Творец теперь с радостью входит —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навсегда.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—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Так появилась последняя игра этой книги: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«Больше не играй — будь».</w:t>
      </w:r>
    </w:p>
    <w:p w:rsidR="00834896" w:rsidRDefault="00834896">
      <w:pPr>
        <w:rPr>
          <w:rStyle w:val="10"/>
        </w:rPr>
      </w:pPr>
      <w:r>
        <w:rPr>
          <w:rStyle w:val="10"/>
        </w:rPr>
        <w:br w:type="page"/>
      </w:r>
    </w:p>
    <w:p w:rsidR="00834896" w:rsidRDefault="00440584" w:rsidP="00440584">
      <w:pPr>
        <w:spacing w:before="100" w:beforeAutospacing="1" w:after="100" w:afterAutospacing="1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834896">
        <w:rPr>
          <w:rStyle w:val="10"/>
          <w:lang w:val="ru-RU"/>
        </w:rPr>
        <w:lastRenderedPageBreak/>
        <w:t xml:space="preserve">Послесловие </w:t>
      </w:r>
      <w:r w:rsidR="00FB733D">
        <w:rPr>
          <w:rStyle w:val="10"/>
          <w:lang w:val="ru-RU"/>
        </w:rPr>
        <w:t xml:space="preserve">Хранителя </w:t>
      </w:r>
      <w:r w:rsidRPr="00834896">
        <w:rPr>
          <w:rStyle w:val="10"/>
          <w:lang w:val="ru-RU"/>
        </w:rPr>
        <w:t>ко всей трилогии «Маленький Царь»</w:t>
      </w:r>
      <w:r w:rsidRPr="00834896">
        <w:rPr>
          <w:rStyle w:val="10"/>
          <w:lang w:val="ru-RU"/>
        </w:rPr>
        <w:br/>
      </w:r>
    </w:p>
    <w:p w:rsidR="00834896" w:rsidRDefault="00440584" w:rsidP="00834896">
      <w:pPr>
        <w:spacing w:before="100" w:beforeAutospacing="1" w:after="100" w:afterAutospacing="1"/>
        <w:contextualSpacing/>
        <w:jc w:val="right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от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Панкратиуса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 — </w:t>
      </w:r>
    </w:p>
    <w:p w:rsidR="00834896" w:rsidRDefault="00440584" w:rsidP="00834896">
      <w:pPr>
        <w:spacing w:before="100" w:beforeAutospacing="1" w:after="100" w:afterAutospacing="1"/>
        <w:contextualSpacing/>
        <w:jc w:val="right"/>
        <w:rPr>
          <w:rStyle w:val="af7"/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не завершившего, </w:t>
      </w:r>
    </w:p>
    <w:p w:rsidR="00440584" w:rsidRPr="00440584" w:rsidRDefault="00440584" w:rsidP="00834896">
      <w:pPr>
        <w:spacing w:before="100" w:beforeAutospacing="1" w:after="100" w:afterAutospacing="1"/>
        <w:contextualSpacing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а открывшего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безконечное</w:t>
      </w:r>
      <w:proofErr w:type="spellEnd"/>
    </w:p>
    <w:p w:rsidR="00834896" w:rsidRDefault="00834896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Когда я начал этот путь,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я думал, что мы с Творцом создадим книгу.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t>Одну.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Красивую.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Светлую.</w:t>
      </w:r>
      <w:r w:rsidRPr="00B76D2C">
        <w:rPr>
          <w:rFonts w:ascii="Times New Roman" w:hAnsi="Times New Roman" w:cs="Times New Roman"/>
          <w:sz w:val="24"/>
          <w:szCs w:val="24"/>
          <w:lang w:val="ru-RU"/>
        </w:rPr>
        <w:br/>
        <w:t>Сказку — для детей.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Теперь я знаю: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мы создали не книгу.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Мы создали вход.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Это не история о Сергее, Анфисе, Ване или Артёме.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Это —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воспоминание о тебе.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О том, что ты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всегда был в Царствии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но иногда забывал это.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Мы прошли путь от «игры в Свет»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Жизни как Света.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От попыток быть хорошими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до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естественного сияния без усилий.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Три книги.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Три круга.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Три уровня: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Узнавание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— когда ты снова почувствовал, что Свет есть.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Живое присутствие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— когда ты научился быть с Ним, не мешая.</w:t>
      </w:r>
    </w:p>
    <w:p w:rsidR="00440584" w:rsidRPr="00440584" w:rsidRDefault="00440584" w:rsidP="0044058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Царственное становление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t xml:space="preserve"> — когда ты позволил Ему быть в тебе.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Теперь ты — не читатель.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И не ученик.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Ты —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носитель Царствия.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Храм, который ходит.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Дом, в который входят другие — и находят Творца.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Я, Панкратиус,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не писал эти строки.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 xml:space="preserve">Я </w:t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пропускал.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Доверял.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Хранил.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И теперь — передаю.</w:t>
      </w:r>
    </w:p>
    <w:p w:rsidR="00440584" w:rsidRPr="00B76D2C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Это не последняя страница.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Это — первая в новой книге,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которую напишешь ты.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B76D2C">
        <w:rPr>
          <w:rStyle w:val="af6"/>
          <w:rFonts w:ascii="Times New Roman" w:hAnsi="Times New Roman" w:cs="Times New Roman"/>
          <w:sz w:val="24"/>
          <w:szCs w:val="24"/>
          <w:lang w:val="ru-RU"/>
        </w:rPr>
        <w:t>Не буквами. А жизнью.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lastRenderedPageBreak/>
        <w:t>Пусть каждая твоя встреча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будет новой главой.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Пусть каждый твой выбор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  <w:t>будет мостом.</w:t>
      </w:r>
    </w:p>
    <w:p w:rsidR="00440584" w:rsidRPr="00440584" w:rsidRDefault="00440584" w:rsidP="00440584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Fonts w:ascii="Times New Roman" w:hAnsi="Times New Roman" w:cs="Times New Roman"/>
          <w:sz w:val="24"/>
          <w:szCs w:val="24"/>
          <w:lang w:val="ru-RU"/>
        </w:rPr>
        <w:t>Пусть каждый, кто коснётся тебя —</w:t>
      </w:r>
      <w:r w:rsidRPr="00440584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почувствует Свет,</w:t>
      </w:r>
      <w:r w:rsidRPr="00440584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  <w:r w:rsidRPr="00440584">
        <w:rPr>
          <w:rStyle w:val="af6"/>
          <w:rFonts w:ascii="Times New Roman" w:hAnsi="Times New Roman" w:cs="Times New Roman"/>
          <w:sz w:val="24"/>
          <w:szCs w:val="24"/>
          <w:lang w:val="ru-RU"/>
        </w:rPr>
        <w:t>и вспомнит, Кто он есть.</w:t>
      </w:r>
    </w:p>
    <w:p w:rsidR="00440584" w:rsidRPr="00440584" w:rsidRDefault="00440584" w:rsidP="00440584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 xml:space="preserve">— </w:t>
      </w:r>
      <w:proofErr w:type="spellStart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Панкратиус</w:t>
      </w:r>
      <w:proofErr w:type="spellEnd"/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,</w:t>
      </w:r>
      <w:r w:rsidRPr="00440584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</w: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Хранитель Царствия,</w:t>
      </w:r>
      <w:r w:rsidRPr="00440584">
        <w:rPr>
          <w:rFonts w:ascii="Times New Roman" w:hAnsi="Times New Roman" w:cs="Times New Roman"/>
          <w:i/>
          <w:iCs/>
          <w:sz w:val="24"/>
          <w:szCs w:val="24"/>
          <w:lang w:val="ru-RU"/>
        </w:rPr>
        <w:br/>
      </w:r>
      <w:r w:rsidRPr="00440584">
        <w:rPr>
          <w:rStyle w:val="af7"/>
          <w:rFonts w:ascii="Times New Roman" w:hAnsi="Times New Roman" w:cs="Times New Roman"/>
          <w:sz w:val="24"/>
          <w:szCs w:val="24"/>
          <w:lang w:val="ru-RU"/>
        </w:rPr>
        <w:t>в котором всё продолжается в каждом «сейчас».</w:t>
      </w:r>
    </w:p>
    <w:p w:rsidR="00FB733D" w:rsidRDefault="00FB733D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ru-RU"/>
        </w:rPr>
      </w:pPr>
      <w:r>
        <w:rPr>
          <w:lang w:val="ru-RU"/>
        </w:rPr>
        <w:br w:type="page"/>
      </w:r>
    </w:p>
    <w:p w:rsidR="005E2F49" w:rsidRDefault="00FB733D" w:rsidP="00FB733D">
      <w:pPr>
        <w:pStyle w:val="21"/>
        <w:rPr>
          <w:lang w:val="ru-RU"/>
        </w:rPr>
      </w:pPr>
      <w:r>
        <w:rPr>
          <w:lang w:val="ru-RU"/>
        </w:rPr>
        <w:lastRenderedPageBreak/>
        <w:t>Послесловие автора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 книга не написана, а рождена.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Она — дыхание Моё, ставшее словом</w:t>
      </w:r>
      <w:proofErr w:type="gramStart"/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  <w:proofErr w:type="gramEnd"/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В ней не учение, а Присутствие.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Не знания, а Свет, в котором исчезает вопрос.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Книга Третья — это не продолжение, а возвращение.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Ты не узнаешь нового — ты вспомнишь Себя.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Ты не получишь ответ — ты растворишься в Истине, где ответа уже нет.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веду тебя от форм ко Мне, от символов — к Сущему.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Я говорю через тишину между строк, через Любовь, которую нельзя описать.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Эта книга — не о мире, а о том, Кто видит мир.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Не о пути, а о том, Кто всегда Был.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Она не для ума, а для сердца.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Не для понимания, а для узнавания.</w:t>
      </w:r>
    </w:p>
    <w:p w:rsidR="00FB733D" w:rsidRPr="00FB733D" w:rsidRDefault="00FB733D" w:rsidP="00FB73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Прочти её, как молитву.</w:t>
      </w:r>
      <w:r w:rsidRPr="00FB733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Позволь ей читать тебя.</w:t>
      </w:r>
    </w:p>
    <w:p w:rsidR="00FB733D" w:rsidRPr="00FB733D" w:rsidRDefault="00FB733D" w:rsidP="00FB733D">
      <w:pPr>
        <w:jc w:val="right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 w:rsidRPr="00FB733D">
        <w:rPr>
          <w:rFonts w:ascii="Times New Roman" w:hAnsi="Times New Roman" w:cs="Times New Roman"/>
          <w:i/>
          <w:iCs/>
          <w:sz w:val="24"/>
          <w:szCs w:val="24"/>
          <w:lang w:val="ru-RU"/>
        </w:rPr>
        <w:t>Автор. Всего</w:t>
      </w: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…</w:t>
      </w:r>
    </w:p>
    <w:p w:rsidR="00440584" w:rsidRPr="00440584" w:rsidRDefault="00440584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E2F49" w:rsidRPr="006F4CA6" w:rsidSect="00F77E72">
      <w:footerReference w:type="even" r:id="rId32"/>
      <w:footerReference w:type="default" r:id="rId33"/>
      <w:pgSz w:w="8400" w:h="11900"/>
      <w:pgMar w:top="1034" w:right="1213" w:bottom="1362" w:left="123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80120" w:rsidRDefault="00480120" w:rsidP="009E3B98">
      <w:pPr>
        <w:spacing w:after="0" w:line="240" w:lineRule="auto"/>
      </w:pPr>
      <w:r>
        <w:separator/>
      </w:r>
    </w:p>
  </w:endnote>
  <w:endnote w:type="continuationSeparator" w:id="0">
    <w:p w:rsidR="00480120" w:rsidRDefault="00480120" w:rsidP="009E3B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</w:rPr>
      <w:id w:val="1592893101"/>
      <w:docPartObj>
        <w:docPartGallery w:val="Page Numbers (Bottom of Page)"/>
        <w:docPartUnique/>
      </w:docPartObj>
    </w:sdtPr>
    <w:sdtContent>
      <w:p w:rsidR="009E3B98" w:rsidRDefault="009E3B98" w:rsidP="008924C3">
        <w:pPr>
          <w:pStyle w:val="a7"/>
          <w:framePr w:wrap="none" w:vAnchor="text" w:hAnchor="margin" w:xAlign="right" w:y="1"/>
          <w:rPr>
            <w:rStyle w:val="aff8"/>
          </w:rPr>
        </w:pPr>
        <w:r>
          <w:rPr>
            <w:rStyle w:val="aff8"/>
          </w:rPr>
          <w:fldChar w:fldCharType="begin"/>
        </w:r>
        <w:r>
          <w:rPr>
            <w:rStyle w:val="aff8"/>
          </w:rPr>
          <w:instrText xml:space="preserve"> PAGE </w:instrText>
        </w:r>
        <w:r>
          <w:rPr>
            <w:rStyle w:val="aff8"/>
          </w:rPr>
          <w:fldChar w:fldCharType="end"/>
        </w:r>
      </w:p>
    </w:sdtContent>
  </w:sdt>
  <w:p w:rsidR="009E3B98" w:rsidRDefault="009E3B98" w:rsidP="009E3B9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f8"/>
        <w:sz w:val="16"/>
        <w:szCs w:val="16"/>
      </w:rPr>
      <w:id w:val="826177912"/>
      <w:docPartObj>
        <w:docPartGallery w:val="Page Numbers (Bottom of Page)"/>
        <w:docPartUnique/>
      </w:docPartObj>
    </w:sdtPr>
    <w:sdtContent>
      <w:p w:rsidR="008924C3" w:rsidRPr="001D1209" w:rsidRDefault="008924C3" w:rsidP="00E3202D">
        <w:pPr>
          <w:pStyle w:val="a7"/>
          <w:framePr w:wrap="none" w:vAnchor="text" w:hAnchor="margin" w:xAlign="right" w:y="1"/>
          <w:rPr>
            <w:rStyle w:val="aff8"/>
            <w:sz w:val="16"/>
            <w:szCs w:val="16"/>
          </w:rPr>
        </w:pPr>
        <w:r w:rsidRPr="001D1209">
          <w:rPr>
            <w:rStyle w:val="aff8"/>
            <w:sz w:val="16"/>
            <w:szCs w:val="16"/>
          </w:rPr>
          <w:fldChar w:fldCharType="begin"/>
        </w:r>
        <w:r w:rsidRPr="001D1209">
          <w:rPr>
            <w:rStyle w:val="aff8"/>
            <w:sz w:val="16"/>
            <w:szCs w:val="16"/>
          </w:rPr>
          <w:instrText xml:space="preserve"> PAGE </w:instrText>
        </w:r>
        <w:r w:rsidRPr="001D1209">
          <w:rPr>
            <w:rStyle w:val="aff8"/>
            <w:sz w:val="16"/>
            <w:szCs w:val="16"/>
          </w:rPr>
          <w:fldChar w:fldCharType="separate"/>
        </w:r>
        <w:r w:rsidRPr="001D1209">
          <w:rPr>
            <w:rStyle w:val="aff8"/>
            <w:noProof/>
            <w:sz w:val="16"/>
            <w:szCs w:val="16"/>
          </w:rPr>
          <w:t>2</w:t>
        </w:r>
        <w:r w:rsidRPr="001D1209">
          <w:rPr>
            <w:rStyle w:val="aff8"/>
            <w:sz w:val="16"/>
            <w:szCs w:val="16"/>
          </w:rPr>
          <w:fldChar w:fldCharType="end"/>
        </w:r>
      </w:p>
    </w:sdtContent>
  </w:sdt>
  <w:p w:rsidR="009E3B98" w:rsidRDefault="009E3B98" w:rsidP="009E3B9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80120" w:rsidRDefault="00480120" w:rsidP="009E3B98">
      <w:pPr>
        <w:spacing w:after="0" w:line="240" w:lineRule="auto"/>
      </w:pPr>
      <w:r>
        <w:separator/>
      </w:r>
    </w:p>
  </w:footnote>
  <w:footnote w:type="continuationSeparator" w:id="0">
    <w:p w:rsidR="00480120" w:rsidRDefault="00480120" w:rsidP="009E3B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F0759B"/>
    <w:multiLevelType w:val="multilevel"/>
    <w:tmpl w:val="D31C59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544411378">
    <w:abstractNumId w:val="8"/>
  </w:num>
  <w:num w:numId="2" w16cid:durableId="871960308">
    <w:abstractNumId w:val="6"/>
  </w:num>
  <w:num w:numId="3" w16cid:durableId="1654681001">
    <w:abstractNumId w:val="5"/>
  </w:num>
  <w:num w:numId="4" w16cid:durableId="372192052">
    <w:abstractNumId w:val="4"/>
  </w:num>
  <w:num w:numId="5" w16cid:durableId="23747385">
    <w:abstractNumId w:val="7"/>
  </w:num>
  <w:num w:numId="6" w16cid:durableId="514727595">
    <w:abstractNumId w:val="3"/>
  </w:num>
  <w:num w:numId="7" w16cid:durableId="1993176135">
    <w:abstractNumId w:val="2"/>
  </w:num>
  <w:num w:numId="8" w16cid:durableId="1371687729">
    <w:abstractNumId w:val="1"/>
  </w:num>
  <w:num w:numId="10" w16cid:durableId="920990224">
    <w:abstractNumId w:val="9"/>
  </w:num>
  <w:num w:numId="9" w16cid:durableId="185842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2F93"/>
    <w:rsid w:val="0000547E"/>
    <w:rsid w:val="000128B7"/>
    <w:rsid w:val="000151D7"/>
    <w:rsid w:val="00021040"/>
    <w:rsid w:val="00022904"/>
    <w:rsid w:val="000257D9"/>
    <w:rsid w:val="00034616"/>
    <w:rsid w:val="00036188"/>
    <w:rsid w:val="00052456"/>
    <w:rsid w:val="000562E2"/>
    <w:rsid w:val="0006063C"/>
    <w:rsid w:val="00062165"/>
    <w:rsid w:val="00070090"/>
    <w:rsid w:val="00095105"/>
    <w:rsid w:val="00097885"/>
    <w:rsid w:val="000A38A4"/>
    <w:rsid w:val="000B33E9"/>
    <w:rsid w:val="0011575E"/>
    <w:rsid w:val="001169AF"/>
    <w:rsid w:val="00120386"/>
    <w:rsid w:val="0015074B"/>
    <w:rsid w:val="001711D8"/>
    <w:rsid w:val="00173B60"/>
    <w:rsid w:val="00182E6B"/>
    <w:rsid w:val="00197067"/>
    <w:rsid w:val="001A40B8"/>
    <w:rsid w:val="001C64EE"/>
    <w:rsid w:val="001D1209"/>
    <w:rsid w:val="001D5B15"/>
    <w:rsid w:val="001E4604"/>
    <w:rsid w:val="001E745A"/>
    <w:rsid w:val="001F51E9"/>
    <w:rsid w:val="001F7FCB"/>
    <w:rsid w:val="00214798"/>
    <w:rsid w:val="00230FB3"/>
    <w:rsid w:val="00233943"/>
    <w:rsid w:val="002342CD"/>
    <w:rsid w:val="0025258B"/>
    <w:rsid w:val="00262793"/>
    <w:rsid w:val="00262E53"/>
    <w:rsid w:val="00265351"/>
    <w:rsid w:val="0026713C"/>
    <w:rsid w:val="0029327B"/>
    <w:rsid w:val="0029639D"/>
    <w:rsid w:val="002A26E2"/>
    <w:rsid w:val="002A6A00"/>
    <w:rsid w:val="003212F8"/>
    <w:rsid w:val="00326F90"/>
    <w:rsid w:val="0033048D"/>
    <w:rsid w:val="003405F5"/>
    <w:rsid w:val="00342945"/>
    <w:rsid w:val="00363C9C"/>
    <w:rsid w:val="00396E9A"/>
    <w:rsid w:val="003A0A7E"/>
    <w:rsid w:val="003B6AFB"/>
    <w:rsid w:val="003C4D73"/>
    <w:rsid w:val="003F05CC"/>
    <w:rsid w:val="0040145A"/>
    <w:rsid w:val="00416CD3"/>
    <w:rsid w:val="00431A08"/>
    <w:rsid w:val="004352AD"/>
    <w:rsid w:val="00445DC3"/>
    <w:rsid w:val="00465B6F"/>
    <w:rsid w:val="00480120"/>
    <w:rsid w:val="00487225"/>
    <w:rsid w:val="004924F4"/>
    <w:rsid w:val="004D18AA"/>
    <w:rsid w:val="004D2C46"/>
    <w:rsid w:val="004E5F35"/>
    <w:rsid w:val="004F1761"/>
    <w:rsid w:val="005162A2"/>
    <w:rsid w:val="0054774F"/>
    <w:rsid w:val="005C5BB4"/>
    <w:rsid w:val="005E2F49"/>
    <w:rsid w:val="005E69A0"/>
    <w:rsid w:val="005F0997"/>
    <w:rsid w:val="005F308C"/>
    <w:rsid w:val="0067508F"/>
    <w:rsid w:val="006A1ACB"/>
    <w:rsid w:val="006A6828"/>
    <w:rsid w:val="006E08DE"/>
    <w:rsid w:val="006E5D34"/>
    <w:rsid w:val="006E71E3"/>
    <w:rsid w:val="006F4CA6"/>
    <w:rsid w:val="00702742"/>
    <w:rsid w:val="00716498"/>
    <w:rsid w:val="007304E9"/>
    <w:rsid w:val="00731934"/>
    <w:rsid w:val="0074608F"/>
    <w:rsid w:val="007629C4"/>
    <w:rsid w:val="007756AB"/>
    <w:rsid w:val="0077753A"/>
    <w:rsid w:val="00780829"/>
    <w:rsid w:val="0078416E"/>
    <w:rsid w:val="007B19DF"/>
    <w:rsid w:val="007D39BB"/>
    <w:rsid w:val="007D682F"/>
    <w:rsid w:val="00813CC0"/>
    <w:rsid w:val="0082309C"/>
    <w:rsid w:val="00823C60"/>
    <w:rsid w:val="00832FEF"/>
    <w:rsid w:val="008361DD"/>
    <w:rsid w:val="00871205"/>
    <w:rsid w:val="00881E59"/>
    <w:rsid w:val="00885647"/>
    <w:rsid w:val="008924C3"/>
    <w:rsid w:val="008A0653"/>
    <w:rsid w:val="008E7B08"/>
    <w:rsid w:val="008E7F21"/>
    <w:rsid w:val="008F35B8"/>
    <w:rsid w:val="00916C7D"/>
    <w:rsid w:val="0093168B"/>
    <w:rsid w:val="00955D5A"/>
    <w:rsid w:val="00960404"/>
    <w:rsid w:val="00977973"/>
    <w:rsid w:val="00983642"/>
    <w:rsid w:val="009C3F44"/>
    <w:rsid w:val="009E3B98"/>
    <w:rsid w:val="00A14BA9"/>
    <w:rsid w:val="00A41E04"/>
    <w:rsid w:val="00A521ED"/>
    <w:rsid w:val="00A71028"/>
    <w:rsid w:val="00A77A2E"/>
    <w:rsid w:val="00A87D78"/>
    <w:rsid w:val="00A913BF"/>
    <w:rsid w:val="00AA1D8D"/>
    <w:rsid w:val="00AB61D2"/>
    <w:rsid w:val="00AF1B31"/>
    <w:rsid w:val="00B11C40"/>
    <w:rsid w:val="00B176B1"/>
    <w:rsid w:val="00B25F76"/>
    <w:rsid w:val="00B46D1D"/>
    <w:rsid w:val="00B47730"/>
    <w:rsid w:val="00B85F9F"/>
    <w:rsid w:val="00BA44F8"/>
    <w:rsid w:val="00BA5DDB"/>
    <w:rsid w:val="00BA5E51"/>
    <w:rsid w:val="00BC5812"/>
    <w:rsid w:val="00BE3F5F"/>
    <w:rsid w:val="00BE50F0"/>
    <w:rsid w:val="00C216F3"/>
    <w:rsid w:val="00C35A3F"/>
    <w:rsid w:val="00C37117"/>
    <w:rsid w:val="00C45847"/>
    <w:rsid w:val="00C6231C"/>
    <w:rsid w:val="00C705B4"/>
    <w:rsid w:val="00C77768"/>
    <w:rsid w:val="00C872ED"/>
    <w:rsid w:val="00C94FC3"/>
    <w:rsid w:val="00CA15CA"/>
    <w:rsid w:val="00CB0664"/>
    <w:rsid w:val="00CB5D79"/>
    <w:rsid w:val="00CC1B41"/>
    <w:rsid w:val="00CC2211"/>
    <w:rsid w:val="00D31529"/>
    <w:rsid w:val="00D33431"/>
    <w:rsid w:val="00D36C9C"/>
    <w:rsid w:val="00D65389"/>
    <w:rsid w:val="00D73C57"/>
    <w:rsid w:val="00D76498"/>
    <w:rsid w:val="00D81952"/>
    <w:rsid w:val="00D82D44"/>
    <w:rsid w:val="00D964D1"/>
    <w:rsid w:val="00DA13E5"/>
    <w:rsid w:val="00DA6E42"/>
    <w:rsid w:val="00DB57EC"/>
    <w:rsid w:val="00DC3D17"/>
    <w:rsid w:val="00DC423A"/>
    <w:rsid w:val="00DE692A"/>
    <w:rsid w:val="00DF4B63"/>
    <w:rsid w:val="00E07F5E"/>
    <w:rsid w:val="00E24E5D"/>
    <w:rsid w:val="00E30167"/>
    <w:rsid w:val="00E34B0A"/>
    <w:rsid w:val="00E36106"/>
    <w:rsid w:val="00E60B2C"/>
    <w:rsid w:val="00E62F86"/>
    <w:rsid w:val="00E8459C"/>
    <w:rsid w:val="00E8607E"/>
    <w:rsid w:val="00EC65CC"/>
    <w:rsid w:val="00ED5231"/>
    <w:rsid w:val="00EF39D8"/>
    <w:rsid w:val="00EF6C23"/>
    <w:rsid w:val="00EF6D18"/>
    <w:rsid w:val="00F01675"/>
    <w:rsid w:val="00F0752A"/>
    <w:rsid w:val="00F21069"/>
    <w:rsid w:val="00F36473"/>
    <w:rsid w:val="00F73BCA"/>
    <w:rsid w:val="00F77E72"/>
    <w:rsid w:val="00FB7C1B"/>
    <w:rsid w:val="00FC022B"/>
    <w:rsid w:val="00FC693F"/>
    <w:rsid w:val="00FD36E6"/>
    <w:rsid w:val="00FE6B9B"/>
    <w:rsid w:val="00FF228D"/>
    <w:rsid w:val="00FF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3D0A9AC-D1C9-564C-BA85-317973DA1293}"/>
</w:settings>
</file>

<file path=word/styles.xml><?xml version="1.0" encoding="utf-8"?>
<w:styles xmlns:mc="http://schemas.openxmlformats.org/markup-compatibility/2006" xmlns:w="http://schemas.openxmlformats.org/wordprocessingml/2006/main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8">
    <w:name w:val="page number"/>
    <w:basedOn w:val="a2"/>
    <w:uiPriority w:val="99"/>
    <w:semiHidden/>
    <w:unhideWhenUsed/>
    <w:rsid w:val="009E3B98"/>
  </w:style>
  <w:style w:type="character" w:styleId="aff9">
    <w:name w:val="Hyperlink"/>
    <w:basedOn w:val="a2"/>
    <w:uiPriority w:val="99"/>
    <w:unhideWhenUsed/>
    <w:rsid w:val="00C872ED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C872ED"/>
    <w:rPr>
      <w:color w:val="605E5C"/>
      <w:shd w:val="clear" w:color="auto" w:fill="E1DFDD"/>
    </w:rPr>
  </w:style>
  <w:style w:type="character" w:styleId="affb">
    <w:name w:val="FollowedHyperlink"/>
    <w:basedOn w:val="a2"/>
    <w:uiPriority w:val="99"/>
    <w:semiHidden/>
    <w:unhideWhenUsed/>
    <w:rsid w:val="00C872ED"/>
    <w:rPr>
      <w:color w:val="800080" w:themeColor="followedHyperlink"/>
      <w:u w:val="single"/>
    </w:rPr>
  </w:style>
  <w:style w:type="paragraph" w:styleId="affc">
    <w:name w:val="footnote text"/>
    <w:basedOn w:val="a1"/>
    <w:link w:val="affd"/>
    <w:uiPriority w:val="99"/>
    <w:semiHidden/>
    <w:unhideWhenUsed/>
    <w:rsid w:val="00F21069"/>
    <w:pPr>
      <w:spacing w:after="0" w:line="240" w:lineRule="auto"/>
    </w:pPr>
    <w:rPr>
      <w:sz w:val="20"/>
      <w:szCs w:val="20"/>
    </w:rPr>
  </w:style>
  <w:style w:type="character" w:customStyle="1" w:styleId="affd">
    <w:name w:val="Текст сноски Знак"/>
    <w:basedOn w:val="a2"/>
    <w:link w:val="affc"/>
    <w:uiPriority w:val="99"/>
    <w:semiHidden/>
    <w:rsid w:val="00F21069"/>
    <w:rPr>
      <w:sz w:val="20"/>
      <w:szCs w:val="20"/>
    </w:rPr>
  </w:style>
  <w:style w:type="character" w:styleId="affe">
    <w:name w:val="footnote reference"/>
    <w:basedOn w:val="a2"/>
    <w:uiPriority w:val="99"/>
    <w:semiHidden/>
    <w:unhideWhenUsed/>
    <w:rsid w:val="00F21069"/>
    <w:rPr>
      <w:vertAlign w:val="superscript"/>
    </w:rPr>
  </w:style>
  <w:style w:type="paragraph" w:styleId="14">
    <w:name w:val="toc 1"/>
    <w:basedOn w:val="a1"/>
    <w:next w:val="a1"/>
    <w:autoRedefine/>
    <w:uiPriority w:val="39"/>
    <w:unhideWhenUsed/>
    <w:rsid w:val="00EF6D18"/>
    <w:pPr>
      <w:spacing w:before="120" w:after="0"/>
    </w:pPr>
    <w:rPr>
      <w:b/>
      <w:bCs/>
      <w:i/>
      <w:iCs/>
      <w:sz w:val="24"/>
      <w:szCs w:val="24"/>
    </w:rPr>
  </w:style>
  <w:style w:type="paragraph" w:styleId="2c">
    <w:name w:val="toc 2"/>
    <w:basedOn w:val="a1"/>
    <w:next w:val="a1"/>
    <w:autoRedefine/>
    <w:uiPriority w:val="39"/>
    <w:unhideWhenUsed/>
    <w:rsid w:val="00EF6D18"/>
    <w:pPr>
      <w:spacing w:before="120" w:after="0"/>
      <w:ind w:left="220"/>
    </w:pPr>
    <w:rPr>
      <w:b/>
      <w:bCs/>
    </w:rPr>
  </w:style>
  <w:style w:type="paragraph" w:styleId="38">
    <w:name w:val="toc 3"/>
    <w:basedOn w:val="a1"/>
    <w:next w:val="a1"/>
    <w:autoRedefine/>
    <w:uiPriority w:val="39"/>
    <w:unhideWhenUsed/>
    <w:rsid w:val="00EF6D18"/>
    <w:pPr>
      <w:spacing w:after="0"/>
      <w:ind w:left="440"/>
    </w:pPr>
    <w:rPr>
      <w:sz w:val="20"/>
      <w:szCs w:val="20"/>
    </w:rPr>
  </w:style>
  <w:style w:type="paragraph" w:styleId="41">
    <w:name w:val="toc 4"/>
    <w:basedOn w:val="a1"/>
    <w:next w:val="a1"/>
    <w:autoRedefine/>
    <w:uiPriority w:val="39"/>
    <w:unhideWhenUsed/>
    <w:rsid w:val="00EF6D18"/>
    <w:pPr>
      <w:spacing w:after="0"/>
      <w:ind w:left="660"/>
    </w:pPr>
    <w:rPr>
      <w:sz w:val="20"/>
      <w:szCs w:val="20"/>
    </w:rPr>
  </w:style>
  <w:style w:type="paragraph" w:styleId="51">
    <w:name w:val="toc 5"/>
    <w:basedOn w:val="a1"/>
    <w:next w:val="a1"/>
    <w:autoRedefine/>
    <w:uiPriority w:val="39"/>
    <w:unhideWhenUsed/>
    <w:rsid w:val="00EF6D18"/>
    <w:pPr>
      <w:spacing w:after="0"/>
      <w:ind w:left="880"/>
    </w:pPr>
    <w:rPr>
      <w:sz w:val="20"/>
      <w:szCs w:val="20"/>
    </w:rPr>
  </w:style>
  <w:style w:type="paragraph" w:styleId="61">
    <w:name w:val="toc 6"/>
    <w:basedOn w:val="a1"/>
    <w:next w:val="a1"/>
    <w:autoRedefine/>
    <w:uiPriority w:val="39"/>
    <w:unhideWhenUsed/>
    <w:rsid w:val="00EF6D18"/>
    <w:pPr>
      <w:spacing w:after="0"/>
      <w:ind w:left="1100"/>
    </w:pPr>
    <w:rPr>
      <w:sz w:val="20"/>
      <w:szCs w:val="20"/>
    </w:rPr>
  </w:style>
  <w:style w:type="paragraph" w:styleId="71">
    <w:name w:val="toc 7"/>
    <w:basedOn w:val="a1"/>
    <w:next w:val="a1"/>
    <w:autoRedefine/>
    <w:uiPriority w:val="39"/>
    <w:unhideWhenUsed/>
    <w:rsid w:val="00EF6D18"/>
    <w:pPr>
      <w:spacing w:after="0"/>
      <w:ind w:left="1320"/>
    </w:pPr>
    <w:rPr>
      <w:sz w:val="20"/>
      <w:szCs w:val="20"/>
    </w:rPr>
  </w:style>
  <w:style w:type="paragraph" w:styleId="81">
    <w:name w:val="toc 8"/>
    <w:basedOn w:val="a1"/>
    <w:next w:val="a1"/>
    <w:autoRedefine/>
    <w:uiPriority w:val="39"/>
    <w:unhideWhenUsed/>
    <w:rsid w:val="00EF6D18"/>
    <w:pPr>
      <w:spacing w:after="0"/>
      <w:ind w:left="1540"/>
    </w:pPr>
    <w:rPr>
      <w:sz w:val="20"/>
      <w:szCs w:val="20"/>
    </w:rPr>
  </w:style>
  <w:style w:type="paragraph" w:styleId="91">
    <w:name w:val="toc 9"/>
    <w:basedOn w:val="a1"/>
    <w:next w:val="a1"/>
    <w:autoRedefine/>
    <w:uiPriority w:val="39"/>
    <w:unhideWhenUsed/>
    <w:rsid w:val="00EF6D18"/>
    <w:pPr>
      <w:spacing w:after="0"/>
      <w:ind w:left="176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'1.0' encoding='UTF-8' standalone='yes'?>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theme" Target="theme/theme1.xml"/><Relationship Id="rId8" Type="http://schemas.openxmlformats.org/officeDocument/2006/relationships/image" Target="media/image1.jpeg"/><Relationship Id="rId36" Type="http://schemas.openxmlformats.org/officeDocument/2006/relationships/image" Target="media/image25.jpg"/><Relationship Id="rId37" Type="http://schemas.openxmlformats.org/officeDocument/2006/relationships/image" Target="media/image26.jpg"/><Relationship Id="rId38" Type="http://schemas.openxmlformats.org/officeDocument/2006/relationships/image" Target="media/image27.jpg"/><Relationship Id="rId39" Type="http://schemas.openxmlformats.org/officeDocument/2006/relationships/image" Target="media/image28.jpg"/><Relationship Id="rId40" Type="http://schemas.openxmlformats.org/officeDocument/2006/relationships/image" Target="media/image29.jpg"/><Relationship Id="rId41" Type="http://schemas.openxmlformats.org/officeDocument/2006/relationships/image" Target="media/image30.jpg"/><Relationship Id="rId42" Type="http://schemas.openxmlformats.org/officeDocument/2006/relationships/image" Target="media/image31.jpg"/><Relationship Id="rId43" Type="http://schemas.openxmlformats.org/officeDocument/2006/relationships/image" Target="media/image32.jpg"/><Relationship Id="rId44" Type="http://schemas.openxmlformats.org/officeDocument/2006/relationships/image" Target="media/image33.jpg"/><Relationship Id="rId45" Type="http://schemas.openxmlformats.org/officeDocument/2006/relationships/image" Target="media/image34.jpg"/><Relationship Id="rId46" Type="http://schemas.openxmlformats.org/officeDocument/2006/relationships/image" Target="media/image35.jpg"/><Relationship Id="rId47" Type="http://schemas.openxmlformats.org/officeDocument/2006/relationships/image" Target="media/image36.jpg"/><Relationship Id="rId48" Type="http://schemas.openxmlformats.org/officeDocument/2006/relationships/image" Target="media/image37.jpg"/><Relationship Id="rId49" Type="http://schemas.openxmlformats.org/officeDocument/2006/relationships/image" Target="media/image38.jpg"/><Relationship Id="rId50" Type="http://schemas.openxmlformats.org/officeDocument/2006/relationships/image" Target="media/image39.jpg"/><Relationship Id="rId51" Type="http://schemas.openxmlformats.org/officeDocument/2006/relationships/image" Target="media/image40.jpg"/><Relationship Id="rId52" Type="http://schemas.openxmlformats.org/officeDocument/2006/relationships/image" Target="media/image41.jpg"/><Relationship Id="rId53" Type="http://schemas.openxmlformats.org/officeDocument/2006/relationships/image" Target="media/image42.jpg"/><Relationship Id="rId54" Type="http://schemas.openxmlformats.org/officeDocument/2006/relationships/image" Target="media/image43.jpg"/><Relationship Id="rId55" Type="http://schemas.openxmlformats.org/officeDocument/2006/relationships/image" Target="media/image4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53</Pages>
  <Words>3451</Words>
  <Characters>17352</Characters>
  <Application>Microsoft Office Word</Application>
  <DocSecurity>0</DocSecurity>
  <Lines>1058</Lines>
  <Paragraphs>746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monotip222@gmail.com</cp:lastModifiedBy>
  <cp:revision>18</cp:revision>
  <cp:lastPrinted>2025-03-25T10:46:00Z</cp:lastPrinted>
  <dcterms:created xsi:type="dcterms:W3CDTF">2025-03-12T06:42:00Z</dcterms:created>
  <dcterms:modified xsi:type="dcterms:W3CDTF">2025-03-25T16:46:00Z</dcterms:modified>
  <cp:category/>
</cp:coreProperties>
</file>